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D62F" w14:textId="77777777" w:rsidR="00FD6CC9" w:rsidRPr="00123520" w:rsidRDefault="00292378">
      <w:pPr>
        <w:pStyle w:val="Titel"/>
        <w:rPr>
          <w:rFonts w:ascii="Arial" w:hAnsi="Arial" w:cs="Arial"/>
          <w:lang w:val="de-DE"/>
        </w:rPr>
      </w:pPr>
      <w:r w:rsidRPr="00123520">
        <w:rPr>
          <w:rFonts w:ascii="Arial" w:hAnsi="Arial" w:cs="Arial"/>
          <w:lang w:val="de-DE"/>
        </w:rPr>
        <w:t>Einwilligung in Foto- und Videoaufnahmen</w:t>
      </w:r>
    </w:p>
    <w:p w14:paraId="0F849673" w14:textId="77777777" w:rsidR="00FD6CC9" w:rsidRPr="00123520" w:rsidRDefault="00292378">
      <w:pPr>
        <w:pStyle w:val="berschrift1"/>
        <w:rPr>
          <w:rFonts w:ascii="Arial" w:hAnsi="Arial" w:cs="Arial"/>
        </w:rPr>
      </w:pPr>
      <w:r w:rsidRPr="00123520">
        <w:rPr>
          <w:rFonts w:ascii="Arial" w:hAnsi="Arial" w:cs="Arial"/>
        </w:rPr>
        <w:t>1. Angaben zur Person</w:t>
      </w:r>
    </w:p>
    <w:tbl>
      <w:tblPr>
        <w:tblW w:w="0" w:type="auto"/>
        <w:jc w:val="center"/>
        <w:tblLayout w:type="fixed"/>
        <w:tblLook w:val="04A0" w:firstRow="1" w:lastRow="0" w:firstColumn="1" w:lastColumn="0" w:noHBand="0" w:noVBand="1"/>
      </w:tblPr>
      <w:tblGrid>
        <w:gridCol w:w="5156"/>
        <w:gridCol w:w="5156"/>
      </w:tblGrid>
      <w:tr w:rsidR="00FD6CC9" w:rsidRPr="00123520" w14:paraId="7F0D3170" w14:textId="77777777">
        <w:trPr>
          <w:jc w:val="center"/>
        </w:trPr>
        <w:tc>
          <w:tcPr>
            <w:tcW w:w="5156" w:type="dxa"/>
            <w:shd w:val="clear" w:color="auto" w:fill="F3F6F8"/>
            <w:tcMar>
              <w:top w:w="90" w:type="dxa"/>
              <w:left w:w="100" w:type="dxa"/>
              <w:bottom w:w="90" w:type="dxa"/>
              <w:right w:w="100" w:type="dxa"/>
            </w:tcMar>
          </w:tcPr>
          <w:p w14:paraId="6C8C78A4" w14:textId="77777777" w:rsidR="00FD6CC9" w:rsidRPr="00123520" w:rsidRDefault="00292378">
            <w:pPr>
              <w:spacing w:after="20"/>
              <w:rPr>
                <w:rFonts w:ascii="Arial" w:hAnsi="Arial" w:cs="Arial"/>
              </w:rPr>
            </w:pPr>
            <w:r w:rsidRPr="00123520">
              <w:rPr>
                <w:rFonts w:ascii="Arial" w:hAnsi="Arial" w:cs="Arial"/>
                <w:color w:val="505A64"/>
                <w:sz w:val="17"/>
              </w:rPr>
              <w:t>Vor- und Nachname</w:t>
            </w:r>
            <w:r w:rsidRPr="00123520">
              <w:rPr>
                <w:rFonts w:ascii="Arial" w:hAnsi="Arial" w:cs="Arial"/>
                <w:color w:val="505A64"/>
                <w:sz w:val="17"/>
              </w:rPr>
              <w:br/>
              <w:t>________________________________________</w:t>
            </w:r>
          </w:p>
        </w:tc>
        <w:tc>
          <w:tcPr>
            <w:tcW w:w="5156" w:type="dxa"/>
            <w:shd w:val="clear" w:color="auto" w:fill="F3F6F8"/>
            <w:tcMar>
              <w:top w:w="90" w:type="dxa"/>
              <w:left w:w="100" w:type="dxa"/>
              <w:bottom w:w="90" w:type="dxa"/>
              <w:right w:w="100" w:type="dxa"/>
            </w:tcMar>
          </w:tcPr>
          <w:p w14:paraId="63FD14A0" w14:textId="77777777" w:rsidR="00FD6CC9" w:rsidRPr="00123520" w:rsidRDefault="00292378">
            <w:pPr>
              <w:spacing w:after="20"/>
              <w:rPr>
                <w:rFonts w:ascii="Arial" w:hAnsi="Arial" w:cs="Arial"/>
              </w:rPr>
            </w:pPr>
            <w:r w:rsidRPr="00123520">
              <w:rPr>
                <w:rFonts w:ascii="Arial" w:hAnsi="Arial" w:cs="Arial"/>
                <w:color w:val="505A64"/>
                <w:sz w:val="17"/>
              </w:rPr>
              <w:t>Mitglied/Gruppe (optional)</w:t>
            </w:r>
            <w:r w:rsidRPr="00123520">
              <w:rPr>
                <w:rFonts w:ascii="Arial" w:hAnsi="Arial" w:cs="Arial"/>
                <w:color w:val="505A64"/>
                <w:sz w:val="17"/>
              </w:rPr>
              <w:br/>
              <w:t>________________________________________</w:t>
            </w:r>
          </w:p>
        </w:tc>
      </w:tr>
    </w:tbl>
    <w:p w14:paraId="382E846F" w14:textId="77777777" w:rsidR="00FD6CC9" w:rsidRPr="00123520" w:rsidRDefault="00292378">
      <w:pPr>
        <w:pStyle w:val="berschrift1"/>
        <w:rPr>
          <w:rFonts w:ascii="Arial" w:hAnsi="Arial" w:cs="Arial"/>
        </w:rPr>
      </w:pPr>
      <w:r w:rsidRPr="00123520">
        <w:rPr>
          <w:rFonts w:ascii="Arial" w:hAnsi="Arial" w:cs="Arial"/>
        </w:rPr>
        <w:t>2. Wofür die Einwilligung gilt</w:t>
      </w:r>
    </w:p>
    <w:p w14:paraId="6B9B5BC8" w14:textId="77777777" w:rsidR="00FD6CC9" w:rsidRPr="00123520" w:rsidRDefault="00292378">
      <w:pPr>
        <w:rPr>
          <w:rFonts w:ascii="Arial" w:hAnsi="Arial" w:cs="Arial"/>
          <w:lang w:val="de-DE"/>
        </w:rPr>
      </w:pPr>
      <w:r w:rsidRPr="00123520">
        <w:rPr>
          <w:rFonts w:ascii="Arial" w:hAnsi="Arial" w:cs="Arial"/>
          <w:lang w:val="de-DE"/>
        </w:rPr>
        <w:t>Der Verein möchte bei Vereinsveranstaltungen und Aktivitäten Foto- und Videoaufnahmen von mir anfertigen und für die unten ausgewählten Vereinszwecke veröffentlichen. Aufnahmen können mich erkennbar zeigen; Videos können auch meine Stimme enthalten. Die Einwilligung gilt nur für die jeweils angekreuzten Veröffentlichungswege und Medien.</w:t>
      </w:r>
    </w:p>
    <w:p w14:paraId="421CF01B" w14:textId="77777777" w:rsidR="00FD6CC9" w:rsidRPr="00123520" w:rsidRDefault="00292378">
      <w:pPr>
        <w:rPr>
          <w:rFonts w:ascii="Arial" w:hAnsi="Arial" w:cs="Arial"/>
          <w:lang w:val="de-DE"/>
        </w:rPr>
      </w:pPr>
      <w:r w:rsidRPr="00123520">
        <w:rPr>
          <w:rFonts w:ascii="Arial" w:hAnsi="Arial" w:cs="Arial"/>
          <w:lang w:val="de-DE"/>
        </w:rPr>
        <w:t>Zweck ist die Berichterstattung über Vereinsleben, Veranstaltungen und Aktivitäten sowie die Information über die Vereinsarbeit. Eine Nutzung für Werbung Dritter, Weitergabe zur eigenständigen Nutzung durch Dritte oder sonstige, hier nicht beschriebene Zwecke ist von dieser Einwilligung nicht umfasst.</w:t>
      </w:r>
    </w:p>
    <w:p w14:paraId="6B341DBD" w14:textId="77777777" w:rsidR="00FD6CC9" w:rsidRPr="00123520" w:rsidRDefault="00292378">
      <w:pPr>
        <w:pStyle w:val="berschrift1"/>
        <w:rPr>
          <w:rFonts w:ascii="Arial" w:hAnsi="Arial" w:cs="Arial"/>
        </w:rPr>
      </w:pPr>
      <w:r w:rsidRPr="00123520">
        <w:rPr>
          <w:rFonts w:ascii="Arial" w:hAnsi="Arial" w:cs="Arial"/>
        </w:rPr>
        <w:t>3. Bitte gewünschte Veröffentlichungswege einzeln ankreuzen</w:t>
      </w:r>
    </w:p>
    <w:tbl>
      <w:tblPr>
        <w:tblW w:w="0" w:type="auto"/>
        <w:jc w:val="center"/>
        <w:tblLook w:val="04A0" w:firstRow="1" w:lastRow="0" w:firstColumn="1" w:lastColumn="0" w:noHBand="0" w:noVBand="1"/>
      </w:tblPr>
      <w:tblGrid>
        <w:gridCol w:w="10312"/>
      </w:tblGrid>
      <w:tr w:rsidR="00FD6CC9" w:rsidRPr="00123520" w14:paraId="6043C68D" w14:textId="77777777">
        <w:trPr>
          <w:jc w:val="center"/>
        </w:trPr>
        <w:tc>
          <w:tcPr>
            <w:tcW w:w="10312" w:type="dxa"/>
            <w:shd w:val="clear" w:color="auto" w:fill="F3F6F8"/>
            <w:tcMar>
              <w:top w:w="60" w:type="dxa"/>
              <w:left w:w="100" w:type="dxa"/>
              <w:bottom w:w="60" w:type="dxa"/>
              <w:right w:w="100" w:type="dxa"/>
            </w:tcMar>
          </w:tcPr>
          <w:p w14:paraId="4965C502" w14:textId="77777777" w:rsidR="00FD6CC9" w:rsidRPr="00123520" w:rsidRDefault="00292378">
            <w:pPr>
              <w:spacing w:after="0"/>
              <w:rPr>
                <w:rFonts w:ascii="Arial" w:hAnsi="Arial" w:cs="Arial"/>
              </w:rPr>
            </w:pPr>
            <w:r w:rsidRPr="00123520">
              <w:rPr>
                <w:rFonts w:ascii="Segoe UI Symbol" w:hAnsi="Segoe UI Symbol" w:cs="Segoe UI Symbol"/>
                <w:b/>
              </w:rPr>
              <w:t>☐</w:t>
            </w:r>
            <w:r w:rsidRPr="00123520">
              <w:rPr>
                <w:rFonts w:ascii="Arial" w:hAnsi="Arial" w:cs="Arial"/>
                <w:b/>
              </w:rPr>
              <w:t xml:space="preserve"> Website des Vereins  </w:t>
            </w:r>
            <w:r w:rsidRPr="00123520">
              <w:rPr>
                <w:rFonts w:ascii="Arial" w:hAnsi="Arial" w:cs="Arial"/>
              </w:rPr>
              <w:t>Internetadresse: __________________________________________</w:t>
            </w:r>
          </w:p>
        </w:tc>
      </w:tr>
      <w:tr w:rsidR="00FD6CC9" w:rsidRPr="00123520" w14:paraId="5AB774DA" w14:textId="77777777">
        <w:trPr>
          <w:jc w:val="center"/>
        </w:trPr>
        <w:tc>
          <w:tcPr>
            <w:tcW w:w="10312" w:type="dxa"/>
            <w:shd w:val="clear" w:color="auto" w:fill="F3F6F8"/>
            <w:tcMar>
              <w:top w:w="60" w:type="dxa"/>
              <w:left w:w="100" w:type="dxa"/>
              <w:bottom w:w="60" w:type="dxa"/>
              <w:right w:w="100" w:type="dxa"/>
            </w:tcMar>
          </w:tcPr>
          <w:p w14:paraId="2324ED7C" w14:textId="77777777" w:rsidR="00FD6CC9" w:rsidRPr="00123520" w:rsidRDefault="00292378">
            <w:pPr>
              <w:spacing w:after="0"/>
              <w:rPr>
                <w:rFonts w:ascii="Arial" w:hAnsi="Arial" w:cs="Arial"/>
                <w:lang w:val="de-DE"/>
              </w:rPr>
            </w:pPr>
            <w:r w:rsidRPr="00123520">
              <w:rPr>
                <w:rFonts w:ascii="Segoe UI Symbol" w:hAnsi="Segoe UI Symbol" w:cs="Segoe UI Symbol"/>
                <w:b/>
                <w:lang w:val="de-DE"/>
              </w:rPr>
              <w:t>☐</w:t>
            </w:r>
            <w:r w:rsidRPr="00123520">
              <w:rPr>
                <w:rFonts w:ascii="Arial" w:hAnsi="Arial" w:cs="Arial"/>
                <w:b/>
                <w:lang w:val="de-DE"/>
              </w:rPr>
              <w:t xml:space="preserve"> Soziale </w:t>
            </w:r>
            <w:proofErr w:type="gramStart"/>
            <w:r w:rsidRPr="00123520">
              <w:rPr>
                <w:rFonts w:ascii="Arial" w:hAnsi="Arial" w:cs="Arial"/>
                <w:b/>
                <w:lang w:val="de-DE"/>
              </w:rPr>
              <w:t xml:space="preserve">Netzwerke  </w:t>
            </w:r>
            <w:r w:rsidRPr="00123520">
              <w:rPr>
                <w:rFonts w:ascii="Arial" w:hAnsi="Arial" w:cs="Arial"/>
                <w:lang w:val="de-DE"/>
              </w:rPr>
              <w:t>Plattform</w:t>
            </w:r>
            <w:proofErr w:type="gramEnd"/>
            <w:r w:rsidRPr="00123520">
              <w:rPr>
                <w:rFonts w:ascii="Arial" w:hAnsi="Arial" w:cs="Arial"/>
                <w:lang w:val="de-DE"/>
              </w:rPr>
              <w:t>(en) bitte konkret benennen: __________________________</w:t>
            </w:r>
          </w:p>
        </w:tc>
      </w:tr>
      <w:tr w:rsidR="00FD6CC9" w:rsidRPr="00123520" w14:paraId="76C0C4DF" w14:textId="77777777">
        <w:trPr>
          <w:jc w:val="center"/>
        </w:trPr>
        <w:tc>
          <w:tcPr>
            <w:tcW w:w="10312" w:type="dxa"/>
            <w:shd w:val="clear" w:color="auto" w:fill="F3F6F8"/>
            <w:tcMar>
              <w:top w:w="60" w:type="dxa"/>
              <w:left w:w="100" w:type="dxa"/>
              <w:bottom w:w="60" w:type="dxa"/>
              <w:right w:w="100" w:type="dxa"/>
            </w:tcMar>
          </w:tcPr>
          <w:p w14:paraId="4B0AC1FC" w14:textId="77777777" w:rsidR="00FD6CC9" w:rsidRPr="00123520" w:rsidRDefault="00292378">
            <w:pPr>
              <w:spacing w:after="0"/>
              <w:rPr>
                <w:rFonts w:ascii="Arial" w:hAnsi="Arial" w:cs="Arial"/>
                <w:lang w:val="de-DE"/>
              </w:rPr>
            </w:pPr>
            <w:r w:rsidRPr="00123520">
              <w:rPr>
                <w:rFonts w:ascii="Segoe UI Symbol" w:hAnsi="Segoe UI Symbol" w:cs="Segoe UI Symbol"/>
                <w:b/>
                <w:lang w:val="de-DE"/>
              </w:rPr>
              <w:t>☐</w:t>
            </w:r>
            <w:r w:rsidRPr="00123520">
              <w:rPr>
                <w:rFonts w:ascii="Arial" w:hAnsi="Arial" w:cs="Arial"/>
                <w:b/>
                <w:lang w:val="de-DE"/>
              </w:rPr>
              <w:t xml:space="preserve"> </w:t>
            </w:r>
            <w:proofErr w:type="gramStart"/>
            <w:r w:rsidRPr="00123520">
              <w:rPr>
                <w:rFonts w:ascii="Arial" w:hAnsi="Arial" w:cs="Arial"/>
                <w:b/>
                <w:lang w:val="de-DE"/>
              </w:rPr>
              <w:t xml:space="preserve">Druckmedien  </w:t>
            </w:r>
            <w:r w:rsidRPr="00123520">
              <w:rPr>
                <w:rFonts w:ascii="Arial" w:hAnsi="Arial" w:cs="Arial"/>
                <w:lang w:val="de-DE"/>
              </w:rPr>
              <w:t>z.</w:t>
            </w:r>
            <w:proofErr w:type="gramEnd"/>
            <w:r w:rsidRPr="00123520">
              <w:rPr>
                <w:rFonts w:ascii="Arial" w:hAnsi="Arial" w:cs="Arial"/>
                <w:lang w:val="de-DE"/>
              </w:rPr>
              <w:t xml:space="preserve"> B. Vereinsheft, Flyer oder Pressebericht; konkret: _______________</w:t>
            </w:r>
          </w:p>
        </w:tc>
      </w:tr>
      <w:tr w:rsidR="00FD6CC9" w:rsidRPr="00123520" w14:paraId="2A20E473" w14:textId="77777777">
        <w:trPr>
          <w:jc w:val="center"/>
        </w:trPr>
        <w:tc>
          <w:tcPr>
            <w:tcW w:w="10312" w:type="dxa"/>
            <w:shd w:val="clear" w:color="auto" w:fill="F3F6F8"/>
            <w:tcMar>
              <w:top w:w="60" w:type="dxa"/>
              <w:left w:w="100" w:type="dxa"/>
              <w:bottom w:w="60" w:type="dxa"/>
              <w:right w:w="100" w:type="dxa"/>
            </w:tcMar>
          </w:tcPr>
          <w:p w14:paraId="5C4DA788" w14:textId="77777777" w:rsidR="00FD6CC9" w:rsidRPr="00123520" w:rsidRDefault="00292378">
            <w:pPr>
              <w:spacing w:after="0"/>
              <w:rPr>
                <w:rFonts w:ascii="Arial" w:hAnsi="Arial" w:cs="Arial"/>
                <w:lang w:val="de-DE"/>
              </w:rPr>
            </w:pPr>
            <w:r w:rsidRPr="00123520">
              <w:rPr>
                <w:rFonts w:ascii="Segoe UI Symbol" w:hAnsi="Segoe UI Symbol" w:cs="Segoe UI Symbol"/>
                <w:b/>
                <w:lang w:val="de-DE"/>
              </w:rPr>
              <w:t>☐</w:t>
            </w:r>
            <w:r w:rsidRPr="00123520">
              <w:rPr>
                <w:rFonts w:ascii="Arial" w:hAnsi="Arial" w:cs="Arial"/>
                <w:b/>
                <w:lang w:val="de-DE"/>
              </w:rPr>
              <w:t xml:space="preserve"> Vereinsinterne </w:t>
            </w:r>
            <w:proofErr w:type="gramStart"/>
            <w:r w:rsidRPr="00123520">
              <w:rPr>
                <w:rFonts w:ascii="Arial" w:hAnsi="Arial" w:cs="Arial"/>
                <w:b/>
                <w:lang w:val="de-DE"/>
              </w:rPr>
              <w:t xml:space="preserve">Kanäle  </w:t>
            </w:r>
            <w:r w:rsidRPr="00123520">
              <w:rPr>
                <w:rFonts w:ascii="Arial" w:hAnsi="Arial" w:cs="Arial"/>
                <w:lang w:val="de-DE"/>
              </w:rPr>
              <w:t>Vereinsapp</w:t>
            </w:r>
            <w:proofErr w:type="gramEnd"/>
            <w:r w:rsidRPr="00123520">
              <w:rPr>
                <w:rFonts w:ascii="Arial" w:hAnsi="Arial" w:cs="Arial"/>
                <w:lang w:val="de-DE"/>
              </w:rPr>
              <w:t>, Mitgliederbereich, Aushang; konkret: ________________</w:t>
            </w:r>
          </w:p>
        </w:tc>
      </w:tr>
    </w:tbl>
    <w:p w14:paraId="4AE8D3A9" w14:textId="77777777" w:rsidR="00FD6CC9" w:rsidRPr="00123520" w:rsidRDefault="00292378">
      <w:pPr>
        <w:pStyle w:val="berschrift1"/>
        <w:rPr>
          <w:rFonts w:ascii="Arial" w:hAnsi="Arial" w:cs="Arial"/>
          <w:lang w:val="de-DE"/>
        </w:rPr>
      </w:pPr>
      <w:r w:rsidRPr="00123520">
        <w:rPr>
          <w:rFonts w:ascii="Arial" w:hAnsi="Arial" w:cs="Arial"/>
          <w:lang w:val="de-DE"/>
        </w:rPr>
        <w:t>4. Namensnennung (freiwillig und getrennt)</w:t>
      </w:r>
    </w:p>
    <w:p w14:paraId="610CE9F6" w14:textId="77777777" w:rsidR="00FD6CC9" w:rsidRPr="00123520" w:rsidRDefault="00292378">
      <w:pPr>
        <w:rPr>
          <w:rFonts w:ascii="Arial" w:hAnsi="Arial" w:cs="Arial"/>
          <w:lang w:val="de-DE"/>
        </w:rPr>
      </w:pPr>
      <w:r w:rsidRPr="00123520">
        <w:rPr>
          <w:rFonts w:ascii="Segoe UI Symbol" w:hAnsi="Segoe UI Symbol" w:cs="Segoe UI Symbol"/>
          <w:lang w:val="de-DE"/>
        </w:rPr>
        <w:t>☐</w:t>
      </w:r>
      <w:r w:rsidRPr="00123520">
        <w:rPr>
          <w:rFonts w:ascii="Arial" w:hAnsi="Arial" w:cs="Arial"/>
          <w:lang w:val="de-DE"/>
        </w:rPr>
        <w:t xml:space="preserve"> Ich willige zusätzlich ein, dass mein Vor- und Nachname zusammen mit den oben ausgewählten Aufnahmen veröffentlicht wird. Ohne dieses Kreuz werden Aufnahmen ohne Namensnennung veröffentlicht, soweit die Person nicht anderweitig erkennbar benannt wird.</w:t>
      </w:r>
    </w:p>
    <w:p w14:paraId="47786DF7" w14:textId="77777777" w:rsidR="00FD6CC9" w:rsidRPr="00123520" w:rsidRDefault="00292378">
      <w:pPr>
        <w:spacing w:before="80" w:after="0"/>
        <w:rPr>
          <w:rFonts w:ascii="Arial" w:hAnsi="Arial" w:cs="Arial"/>
          <w:lang w:val="de-DE"/>
        </w:rPr>
      </w:pPr>
      <w:r w:rsidRPr="00123520">
        <w:rPr>
          <w:rFonts w:ascii="Arial" w:hAnsi="Arial" w:cs="Arial"/>
          <w:b/>
          <w:lang w:val="de-DE"/>
        </w:rPr>
        <w:t xml:space="preserve">Keine Nachteile bei Ablehnung: </w:t>
      </w:r>
      <w:r w:rsidRPr="00123520">
        <w:rPr>
          <w:rFonts w:ascii="Arial" w:hAnsi="Arial" w:cs="Arial"/>
          <w:lang w:val="de-DE"/>
        </w:rPr>
        <w:t>Die Einwilligung ist freiwillig. Sie können einzelne Optionen ablehnen oder die Einwilligung später widerrufen. Daraus entstehen Ihnen keine Nachteile für Mitgliedschaft oder Teilnahme an Vereinsangeboten.</w:t>
      </w:r>
    </w:p>
    <w:p w14:paraId="721F7046" w14:textId="77777777" w:rsidR="00FD6CC9" w:rsidRPr="00123520" w:rsidRDefault="00292378">
      <w:pPr>
        <w:rPr>
          <w:rFonts w:ascii="Arial" w:hAnsi="Arial" w:cs="Arial"/>
          <w:lang w:val="de-DE"/>
        </w:rPr>
      </w:pPr>
      <w:r w:rsidRPr="00123520">
        <w:rPr>
          <w:rFonts w:ascii="Arial" w:hAnsi="Arial" w:cs="Arial"/>
          <w:lang w:val="de-DE"/>
        </w:rPr>
        <w:br w:type="page"/>
      </w:r>
    </w:p>
    <w:p w14:paraId="3B231B93" w14:textId="77777777" w:rsidR="00FD6CC9" w:rsidRPr="00123520" w:rsidRDefault="00292378">
      <w:pPr>
        <w:pStyle w:val="Titel"/>
        <w:rPr>
          <w:rFonts w:ascii="Arial" w:hAnsi="Arial" w:cs="Arial"/>
          <w:lang w:val="de-DE"/>
        </w:rPr>
      </w:pPr>
      <w:r w:rsidRPr="00123520">
        <w:rPr>
          <w:rFonts w:ascii="Arial" w:hAnsi="Arial" w:cs="Arial"/>
          <w:lang w:val="de-DE"/>
        </w:rPr>
        <w:lastRenderedPageBreak/>
        <w:t>Datenschutzinformationen und Unterschrift</w:t>
      </w:r>
    </w:p>
    <w:p w14:paraId="4CE5B0D7" w14:textId="77777777" w:rsidR="00FD6CC9" w:rsidRPr="00123520" w:rsidRDefault="00292378">
      <w:pPr>
        <w:rPr>
          <w:rFonts w:ascii="Arial" w:hAnsi="Arial" w:cs="Arial"/>
          <w:lang w:val="de-DE"/>
        </w:rPr>
      </w:pPr>
      <w:r w:rsidRPr="00123520">
        <w:rPr>
          <w:rFonts w:ascii="Arial" w:hAnsi="Arial" w:cs="Arial"/>
          <w:b/>
          <w:lang w:val="de-DE"/>
        </w:rPr>
        <w:t>Verantwortlicher und Kontakt für Fragen oder Widerruf:</w:t>
      </w:r>
    </w:p>
    <w:tbl>
      <w:tblPr>
        <w:tblW w:w="0" w:type="auto"/>
        <w:jc w:val="center"/>
        <w:tblLook w:val="04A0" w:firstRow="1" w:lastRow="0" w:firstColumn="1" w:lastColumn="0" w:noHBand="0" w:noVBand="1"/>
      </w:tblPr>
      <w:tblGrid>
        <w:gridCol w:w="10312"/>
      </w:tblGrid>
      <w:tr w:rsidR="00FD6CC9" w:rsidRPr="00123520" w14:paraId="6FBF02AD" w14:textId="77777777">
        <w:trPr>
          <w:jc w:val="center"/>
        </w:trPr>
        <w:tc>
          <w:tcPr>
            <w:tcW w:w="10312" w:type="dxa"/>
            <w:shd w:val="clear" w:color="auto" w:fill="F3F6F8"/>
            <w:tcMar>
              <w:top w:w="70" w:type="dxa"/>
              <w:left w:w="100" w:type="dxa"/>
              <w:bottom w:w="70" w:type="dxa"/>
              <w:right w:w="100" w:type="dxa"/>
            </w:tcMar>
          </w:tcPr>
          <w:p w14:paraId="22BE0B2A" w14:textId="77777777" w:rsidR="00FD6CC9" w:rsidRPr="00123520" w:rsidRDefault="00292378">
            <w:pPr>
              <w:spacing w:after="0"/>
              <w:rPr>
                <w:rFonts w:ascii="Arial" w:hAnsi="Arial" w:cs="Arial"/>
              </w:rPr>
            </w:pPr>
            <w:r w:rsidRPr="00123520">
              <w:rPr>
                <w:rFonts w:ascii="Arial" w:hAnsi="Arial" w:cs="Arial"/>
                <w:b/>
              </w:rPr>
              <w:t>VEREIN e.V.</w:t>
            </w:r>
            <w:r w:rsidRPr="00123520">
              <w:rPr>
                <w:rFonts w:ascii="Arial" w:hAnsi="Arial" w:cs="Arial"/>
              </w:rPr>
              <w:t xml:space="preserve">  Anschrift: _________________________________________________</w:t>
            </w:r>
          </w:p>
        </w:tc>
      </w:tr>
    </w:tbl>
    <w:p w14:paraId="0DD69E70" w14:textId="77777777" w:rsidR="00FD6CC9" w:rsidRPr="00123520" w:rsidRDefault="00292378">
      <w:pPr>
        <w:rPr>
          <w:rFonts w:ascii="Arial" w:hAnsi="Arial" w:cs="Arial"/>
        </w:rPr>
      </w:pPr>
      <w:r w:rsidRPr="00123520">
        <w:rPr>
          <w:rFonts w:ascii="Arial" w:hAnsi="Arial" w:cs="Arial"/>
        </w:rPr>
        <w:t>E-Mail: __________________________________  Telefon (optional): ______________________________</w:t>
      </w:r>
    </w:p>
    <w:p w14:paraId="7D88DE43" w14:textId="77777777" w:rsidR="00FD6CC9" w:rsidRPr="00123520" w:rsidRDefault="00292378">
      <w:pPr>
        <w:rPr>
          <w:rFonts w:ascii="Arial" w:hAnsi="Arial" w:cs="Arial"/>
          <w:lang w:val="de-DE"/>
        </w:rPr>
      </w:pPr>
      <w:r w:rsidRPr="00123520">
        <w:rPr>
          <w:rFonts w:ascii="Arial" w:hAnsi="Arial" w:cs="Arial"/>
          <w:lang w:val="de-DE"/>
        </w:rPr>
        <w:t>Datenschutzbeauftragte/r (falls benannt): Name/Kontakt: __________________________________________</w:t>
      </w:r>
    </w:p>
    <w:p w14:paraId="06C3BDA9" w14:textId="77777777" w:rsidR="00FD6CC9" w:rsidRPr="00123520" w:rsidRDefault="00292378">
      <w:pPr>
        <w:pStyle w:val="berschrift1"/>
        <w:rPr>
          <w:rFonts w:ascii="Arial" w:hAnsi="Arial" w:cs="Arial"/>
          <w:lang w:val="de-DE"/>
        </w:rPr>
      </w:pPr>
      <w:r w:rsidRPr="00123520">
        <w:rPr>
          <w:rFonts w:ascii="Arial" w:hAnsi="Arial" w:cs="Arial"/>
          <w:lang w:val="de-DE"/>
        </w:rPr>
        <w:t>Verarbeitung und Empfänger</w:t>
      </w:r>
    </w:p>
    <w:p w14:paraId="1E4F9FB0" w14:textId="77777777" w:rsidR="00FD6CC9" w:rsidRPr="00123520" w:rsidRDefault="00292378">
      <w:pPr>
        <w:rPr>
          <w:rFonts w:ascii="Arial" w:hAnsi="Arial" w:cs="Arial"/>
          <w:lang w:val="de-DE"/>
        </w:rPr>
      </w:pPr>
      <w:r w:rsidRPr="00123520">
        <w:rPr>
          <w:rFonts w:ascii="Arial" w:hAnsi="Arial" w:cs="Arial"/>
          <w:lang w:val="de-DE"/>
        </w:rPr>
        <w:t>Verarbeitet werden die ausgewählten Foto- und Videoaufnahmen, gegebenenfalls die Stimme, die von Ihnen eingetragenen Kontaktdaten zur Zuordnung sowie - nur bei gesonderter Zustimmung - Ihr Name. Rechtsgrundlage für die angekreuzten Verarbeitungen ist Ihre Einwilligung nach Art. 6 Abs. 1 Buchst. a DSGVO. Die Einwilligung wird dokumentiert, damit der Verein sie nachweisen kann.</w:t>
      </w:r>
    </w:p>
    <w:p w14:paraId="6FADEB9E" w14:textId="77777777" w:rsidR="00FD6CC9" w:rsidRPr="00123520" w:rsidRDefault="00292378">
      <w:pPr>
        <w:rPr>
          <w:rFonts w:ascii="Arial" w:hAnsi="Arial" w:cs="Arial"/>
          <w:lang w:val="de-DE"/>
        </w:rPr>
      </w:pPr>
      <w:r w:rsidRPr="00123520">
        <w:rPr>
          <w:rFonts w:ascii="Arial" w:hAnsi="Arial" w:cs="Arial"/>
          <w:lang w:val="de-DE"/>
        </w:rPr>
        <w:t>Zugriff erhalten die für Öffentlichkeitsarbeit zuständigen Vereinsmitarbeitenden. Für Veröffentlichung und Speicherung eingesetzte Dienstleister: ________________________________________________. Bei sozialen Netzwerken verarbeiten auch die jeweiligen Plattformbetreiber Daten nach ihren eigenen Bedingungen und können Daten ggf. in Staaten außerhalb des EWR übermitteln.</w:t>
      </w:r>
    </w:p>
    <w:p w14:paraId="7E34ED94" w14:textId="77777777" w:rsidR="00FD6CC9" w:rsidRPr="00123520" w:rsidRDefault="00292378">
      <w:pPr>
        <w:rPr>
          <w:rFonts w:ascii="Arial" w:hAnsi="Arial" w:cs="Arial"/>
          <w:lang w:val="de-DE"/>
        </w:rPr>
      </w:pPr>
      <w:r w:rsidRPr="00123520">
        <w:rPr>
          <w:rFonts w:ascii="Arial" w:hAnsi="Arial" w:cs="Arial"/>
          <w:lang w:val="de-DE"/>
        </w:rPr>
        <w:t>Für jede ausgewählte Plattform bitte vor Einsatz ergänzen: Anbieter/Rechtsträger ______________________; Drittland und Angemessenheitsbeschluss oder geeignete Garantie (z. B. Standardvertragsklauseln) sowie Hinweis auf mögliche Risiken, falls kein angemessenes Schutzniveau besteht: ________________________________________________________.</w:t>
      </w:r>
    </w:p>
    <w:p w14:paraId="4F8B373B" w14:textId="77777777" w:rsidR="00FD6CC9" w:rsidRPr="00123520" w:rsidRDefault="00292378">
      <w:pPr>
        <w:pStyle w:val="berschrift1"/>
        <w:rPr>
          <w:rFonts w:ascii="Arial" w:hAnsi="Arial" w:cs="Arial"/>
          <w:lang w:val="de-DE"/>
        </w:rPr>
      </w:pPr>
      <w:r w:rsidRPr="00123520">
        <w:rPr>
          <w:rFonts w:ascii="Arial" w:hAnsi="Arial" w:cs="Arial"/>
          <w:lang w:val="de-DE"/>
        </w:rPr>
        <w:t>Speicherdauer, Widerruf und Ihre Rechte</w:t>
      </w:r>
    </w:p>
    <w:p w14:paraId="2AD2C500" w14:textId="77777777" w:rsidR="00FD6CC9" w:rsidRPr="00123520" w:rsidRDefault="00292378">
      <w:pPr>
        <w:rPr>
          <w:rFonts w:ascii="Arial" w:hAnsi="Arial" w:cs="Arial"/>
          <w:lang w:val="de-DE"/>
        </w:rPr>
      </w:pPr>
      <w:r w:rsidRPr="00123520">
        <w:rPr>
          <w:rFonts w:ascii="Arial" w:hAnsi="Arial" w:cs="Arial"/>
          <w:lang w:val="de-DE"/>
        </w:rPr>
        <w:t>Die Aufnahmen werden nur so lange gespeichert und genutzt, wie es für die oben genannten Zwecke erforderlich ist. Bitte festlegen: Löschung spätestens ____ Jahre nach der jeweiligen Veröffentlichung, sofern die Einwilligung nicht vorher widerrufen wird. Der Verein prüft die Erforderlichkeit regelmäßig. Danach verwendet der Verein sie nicht weiter und entfernt sie innerhalb seiner Kontrolle aus den eigenen digitalen Kanälen, soweit dies mit angemessenem Aufwand möglich ist. Bereits gedruckte und verteilte Materialien sowie Kopien, die Dritte im Internet erstellt haben, lassen sich möglicherweise nicht zurückholen. Die Rechtmäßigkeit der Verarbeitung bis zum Widerruf bleibt unberührt.</w:t>
      </w:r>
    </w:p>
    <w:p w14:paraId="72DC606C" w14:textId="77777777" w:rsidR="00FD6CC9" w:rsidRPr="00123520" w:rsidRDefault="00292378">
      <w:pPr>
        <w:rPr>
          <w:rFonts w:ascii="Arial" w:hAnsi="Arial" w:cs="Arial"/>
          <w:lang w:val="de-DE"/>
        </w:rPr>
      </w:pPr>
      <w:r w:rsidRPr="00123520">
        <w:rPr>
          <w:rFonts w:ascii="Arial" w:hAnsi="Arial" w:cs="Arial"/>
          <w:lang w:val="de-DE"/>
        </w:rPr>
        <w:t>Sie können jederzeit mit Wirkung für die Zukunft widerrufen, so einfach wie Sie zugestimmt haben, zum Beispiel per E-Mail an ____________________________ oder schriftlich an die oben genannte Anschrift. Sie haben außerdem - nach Maßgabe der gesetzlichen Voraussetzungen - Rechte auf Auskunft, Berichtigung, Löschung, Einschränkung der Verarbeitung und Datenübertragbarkeit sowie das Recht, sich bei einer Datenschutzaufsichtsbehörde zu beschweren. Zuständige Aufsichtsbehörde: Name/Kontakt oder Link: ________________________________________________.</w:t>
      </w:r>
    </w:p>
    <w:p w14:paraId="0B6BFDC2" w14:textId="77777777" w:rsidR="00FD6CC9" w:rsidRPr="00123520" w:rsidRDefault="00292378">
      <w:pPr>
        <w:pStyle w:val="berschrift1"/>
        <w:rPr>
          <w:rFonts w:ascii="Arial" w:hAnsi="Arial" w:cs="Arial"/>
          <w:lang w:val="de-DE"/>
        </w:rPr>
      </w:pPr>
      <w:r w:rsidRPr="00123520">
        <w:rPr>
          <w:rFonts w:ascii="Arial" w:hAnsi="Arial" w:cs="Arial"/>
          <w:lang w:val="de-DE"/>
        </w:rPr>
        <w:t>Erklärung</w:t>
      </w:r>
    </w:p>
    <w:p w14:paraId="48F2ABF4" w14:textId="77777777" w:rsidR="00FD6CC9" w:rsidRPr="00123520" w:rsidRDefault="00292378">
      <w:pPr>
        <w:rPr>
          <w:rFonts w:ascii="Arial" w:hAnsi="Arial" w:cs="Arial"/>
          <w:lang w:val="de-DE"/>
        </w:rPr>
      </w:pPr>
      <w:r w:rsidRPr="00123520">
        <w:rPr>
          <w:rFonts w:ascii="Arial" w:hAnsi="Arial" w:cs="Arial"/>
          <w:lang w:val="de-DE"/>
        </w:rPr>
        <w:t>Ich habe die Informationen gelesen. Ich willige freiwillig in die Anfertigung und die von mir oben angekreuzten Veröffentlichungen ein. Nicht angekreuzte Optionen lehne ich ab. Die Bereitstellung meiner Einwilligung ist freiwillig und keine Voraussetzung für Mitgliedschaft oder Teilnahme. Ich konnte Fragen stellen und erhalte auf Wunsch eine Kopie dieser Erklärung.</w:t>
      </w:r>
    </w:p>
    <w:tbl>
      <w:tblPr>
        <w:tblW w:w="0" w:type="auto"/>
        <w:jc w:val="center"/>
        <w:tblLayout w:type="fixed"/>
        <w:tblLook w:val="04A0" w:firstRow="1" w:lastRow="0" w:firstColumn="1" w:lastColumn="0" w:noHBand="0" w:noVBand="1"/>
      </w:tblPr>
      <w:tblGrid>
        <w:gridCol w:w="5156"/>
        <w:gridCol w:w="5156"/>
      </w:tblGrid>
      <w:tr w:rsidR="00FD6CC9" w:rsidRPr="00123520" w14:paraId="7AC8BE40" w14:textId="77777777">
        <w:trPr>
          <w:jc w:val="center"/>
        </w:trPr>
        <w:tc>
          <w:tcPr>
            <w:tcW w:w="5156" w:type="dxa"/>
            <w:tcMar>
              <w:top w:w="60" w:type="dxa"/>
              <w:left w:w="90" w:type="dxa"/>
              <w:bottom w:w="60" w:type="dxa"/>
              <w:right w:w="90" w:type="dxa"/>
            </w:tcMar>
          </w:tcPr>
          <w:p w14:paraId="20BB9D7D" w14:textId="77777777" w:rsidR="00FD6CC9" w:rsidRPr="00123520" w:rsidRDefault="00292378">
            <w:pPr>
              <w:spacing w:after="0"/>
              <w:rPr>
                <w:rFonts w:ascii="Arial" w:hAnsi="Arial" w:cs="Arial"/>
              </w:rPr>
            </w:pPr>
            <w:r w:rsidRPr="00123520">
              <w:rPr>
                <w:rFonts w:ascii="Arial" w:hAnsi="Arial" w:cs="Arial"/>
                <w:b/>
                <w:color w:val="4B555F"/>
                <w:sz w:val="16"/>
              </w:rPr>
              <w:t>Ort, Datum</w:t>
            </w:r>
          </w:p>
        </w:tc>
        <w:tc>
          <w:tcPr>
            <w:tcW w:w="5156" w:type="dxa"/>
            <w:tcMar>
              <w:top w:w="60" w:type="dxa"/>
              <w:left w:w="90" w:type="dxa"/>
              <w:bottom w:w="60" w:type="dxa"/>
              <w:right w:w="90" w:type="dxa"/>
            </w:tcMar>
          </w:tcPr>
          <w:p w14:paraId="589582D3" w14:textId="77777777" w:rsidR="00FD6CC9" w:rsidRPr="00123520" w:rsidRDefault="00292378">
            <w:pPr>
              <w:spacing w:after="0"/>
              <w:rPr>
                <w:rFonts w:ascii="Arial" w:hAnsi="Arial" w:cs="Arial"/>
              </w:rPr>
            </w:pPr>
            <w:r w:rsidRPr="00123520">
              <w:rPr>
                <w:rFonts w:ascii="Arial" w:hAnsi="Arial" w:cs="Arial"/>
                <w:b/>
                <w:color w:val="4B555F"/>
                <w:sz w:val="16"/>
              </w:rPr>
              <w:t>Unterschrift der abgebildeten Person</w:t>
            </w:r>
          </w:p>
        </w:tc>
      </w:tr>
      <w:tr w:rsidR="00FD6CC9" w:rsidRPr="00123520" w14:paraId="133537C5" w14:textId="77777777">
        <w:trPr>
          <w:jc w:val="center"/>
        </w:trPr>
        <w:tc>
          <w:tcPr>
            <w:tcW w:w="5156" w:type="dxa"/>
            <w:tcMar>
              <w:top w:w="60" w:type="dxa"/>
              <w:left w:w="90" w:type="dxa"/>
              <w:bottom w:w="60" w:type="dxa"/>
              <w:right w:w="90" w:type="dxa"/>
            </w:tcMar>
          </w:tcPr>
          <w:p w14:paraId="0237A925" w14:textId="77777777" w:rsidR="00FD6CC9" w:rsidRPr="00123520" w:rsidRDefault="00292378">
            <w:pPr>
              <w:rPr>
                <w:rFonts w:ascii="Arial" w:hAnsi="Arial" w:cs="Arial"/>
              </w:rPr>
            </w:pPr>
            <w:r w:rsidRPr="00123520">
              <w:rPr>
                <w:rFonts w:ascii="Arial" w:hAnsi="Arial" w:cs="Arial"/>
              </w:rPr>
              <w:br/>
              <w:t>________________________________</w:t>
            </w:r>
          </w:p>
        </w:tc>
        <w:tc>
          <w:tcPr>
            <w:tcW w:w="5156" w:type="dxa"/>
            <w:tcMar>
              <w:top w:w="60" w:type="dxa"/>
              <w:left w:w="90" w:type="dxa"/>
              <w:bottom w:w="60" w:type="dxa"/>
              <w:right w:w="90" w:type="dxa"/>
            </w:tcMar>
          </w:tcPr>
          <w:p w14:paraId="2C60A8B7" w14:textId="77777777" w:rsidR="00FD6CC9" w:rsidRPr="00123520" w:rsidRDefault="00292378">
            <w:pPr>
              <w:rPr>
                <w:rFonts w:ascii="Arial" w:hAnsi="Arial" w:cs="Arial"/>
              </w:rPr>
            </w:pPr>
            <w:r w:rsidRPr="00123520">
              <w:rPr>
                <w:rFonts w:ascii="Arial" w:hAnsi="Arial" w:cs="Arial"/>
              </w:rPr>
              <w:br/>
              <w:t>________________________________</w:t>
            </w:r>
          </w:p>
        </w:tc>
      </w:tr>
      <w:tr w:rsidR="00FD6CC9" w:rsidRPr="00123520" w14:paraId="1EB482AE" w14:textId="77777777">
        <w:trPr>
          <w:jc w:val="center"/>
        </w:trPr>
        <w:tc>
          <w:tcPr>
            <w:tcW w:w="5156" w:type="dxa"/>
            <w:tcMar>
              <w:top w:w="60" w:type="dxa"/>
              <w:left w:w="90" w:type="dxa"/>
              <w:bottom w:w="60" w:type="dxa"/>
              <w:right w:w="90" w:type="dxa"/>
            </w:tcMar>
          </w:tcPr>
          <w:p w14:paraId="7BA94F63" w14:textId="77777777" w:rsidR="00FD6CC9" w:rsidRPr="00123520" w:rsidRDefault="00292378">
            <w:pPr>
              <w:spacing w:after="0"/>
              <w:rPr>
                <w:rFonts w:ascii="Arial" w:hAnsi="Arial" w:cs="Arial"/>
                <w:lang w:val="de-DE"/>
              </w:rPr>
            </w:pPr>
            <w:r w:rsidRPr="00123520">
              <w:rPr>
                <w:rFonts w:ascii="Arial" w:hAnsi="Arial" w:cs="Arial"/>
                <w:color w:val="4B555F"/>
                <w:sz w:val="16"/>
                <w:lang w:val="de-DE"/>
              </w:rPr>
              <w:t>Bei Minderjährigen, falls erforderlich: gesetzliche Vertretung / Sorgeberechtigte Person</w:t>
            </w:r>
          </w:p>
        </w:tc>
        <w:tc>
          <w:tcPr>
            <w:tcW w:w="5156" w:type="dxa"/>
            <w:tcMar>
              <w:top w:w="60" w:type="dxa"/>
              <w:left w:w="90" w:type="dxa"/>
              <w:bottom w:w="60" w:type="dxa"/>
              <w:right w:w="90" w:type="dxa"/>
            </w:tcMar>
          </w:tcPr>
          <w:p w14:paraId="29578C77" w14:textId="77777777" w:rsidR="00FD6CC9" w:rsidRPr="00123520" w:rsidRDefault="00292378">
            <w:pPr>
              <w:spacing w:after="0"/>
              <w:rPr>
                <w:rFonts w:ascii="Arial" w:hAnsi="Arial" w:cs="Arial"/>
                <w:lang w:val="de-DE"/>
              </w:rPr>
            </w:pPr>
            <w:r w:rsidRPr="00123520">
              <w:rPr>
                <w:rFonts w:ascii="Arial" w:hAnsi="Arial" w:cs="Arial"/>
                <w:color w:val="4B555F"/>
                <w:sz w:val="16"/>
                <w:lang w:val="de-DE"/>
              </w:rPr>
              <w:t>Unterschrift; die unterzeichnende Person bestätigt ihre Vertretungsbefugnis</w:t>
            </w:r>
          </w:p>
        </w:tc>
      </w:tr>
    </w:tbl>
    <w:p w14:paraId="0E0611B3" w14:textId="77777777" w:rsidR="00FD6CC9" w:rsidRPr="00123520" w:rsidRDefault="00292378">
      <w:pPr>
        <w:spacing w:after="40"/>
        <w:rPr>
          <w:rFonts w:ascii="Arial" w:hAnsi="Arial" w:cs="Arial"/>
        </w:rPr>
      </w:pPr>
      <w:r w:rsidRPr="00123520">
        <w:rPr>
          <w:rFonts w:ascii="Arial" w:hAnsi="Arial" w:cs="Arial"/>
          <w:lang w:val="de-DE"/>
        </w:rPr>
        <w:t xml:space="preserve">Bei Minderjährigen ist die Einsichtsfähigkeit im Einzelfall zu berücksichtigen. Die Unterschrift der betroffenen minderjährigen Person sollte ergänzend eingeholt werden, wenn sie Wesen und Bedeutung der Einwilligung versteht. </w:t>
      </w:r>
      <w:r w:rsidRPr="00123520">
        <w:rPr>
          <w:rFonts w:ascii="Arial" w:hAnsi="Arial" w:cs="Arial"/>
        </w:rPr>
        <w:t xml:space="preserve">Die </w:t>
      </w:r>
      <w:proofErr w:type="spellStart"/>
      <w:r w:rsidRPr="00123520">
        <w:rPr>
          <w:rFonts w:ascii="Arial" w:hAnsi="Arial" w:cs="Arial"/>
        </w:rPr>
        <w:t>Vertretung</w:t>
      </w:r>
      <w:proofErr w:type="spellEnd"/>
      <w:r w:rsidRPr="00123520">
        <w:rPr>
          <w:rFonts w:ascii="Arial" w:hAnsi="Arial" w:cs="Arial"/>
        </w:rPr>
        <w:t xml:space="preserve"> </w:t>
      </w:r>
      <w:proofErr w:type="spellStart"/>
      <w:r w:rsidRPr="00123520">
        <w:rPr>
          <w:rFonts w:ascii="Arial" w:hAnsi="Arial" w:cs="Arial"/>
        </w:rPr>
        <w:t>bestätigt</w:t>
      </w:r>
      <w:proofErr w:type="spellEnd"/>
      <w:r w:rsidRPr="00123520">
        <w:rPr>
          <w:rFonts w:ascii="Arial" w:hAnsi="Arial" w:cs="Arial"/>
        </w:rPr>
        <w:t xml:space="preserve">, </w:t>
      </w:r>
      <w:proofErr w:type="spellStart"/>
      <w:r w:rsidRPr="00123520">
        <w:rPr>
          <w:rFonts w:ascii="Arial" w:hAnsi="Arial" w:cs="Arial"/>
        </w:rPr>
        <w:t>zur</w:t>
      </w:r>
      <w:proofErr w:type="spellEnd"/>
      <w:r w:rsidRPr="00123520">
        <w:rPr>
          <w:rFonts w:ascii="Arial" w:hAnsi="Arial" w:cs="Arial"/>
        </w:rPr>
        <w:t xml:space="preserve"> </w:t>
      </w:r>
      <w:proofErr w:type="spellStart"/>
      <w:r w:rsidRPr="00123520">
        <w:rPr>
          <w:rFonts w:ascii="Arial" w:hAnsi="Arial" w:cs="Arial"/>
        </w:rPr>
        <w:t>Einwilligung</w:t>
      </w:r>
      <w:proofErr w:type="spellEnd"/>
      <w:r w:rsidRPr="00123520">
        <w:rPr>
          <w:rFonts w:ascii="Arial" w:hAnsi="Arial" w:cs="Arial"/>
        </w:rPr>
        <w:t xml:space="preserve"> berechtigt zu sein.</w:t>
      </w:r>
    </w:p>
    <w:sectPr w:rsidR="00FD6CC9" w:rsidRPr="00123520" w:rsidSect="00034616">
      <w:headerReference w:type="default" r:id="rId8"/>
      <w:footerReference w:type="default" r:id="rId9"/>
      <w:pgSz w:w="12240" w:h="15840"/>
      <w:pgMar w:top="822" w:right="964" w:bottom="822" w:left="96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7ABCD" w14:textId="77777777" w:rsidR="004F163A" w:rsidRDefault="004F163A">
      <w:pPr>
        <w:spacing w:after="0" w:line="240" w:lineRule="auto"/>
      </w:pPr>
      <w:r>
        <w:separator/>
      </w:r>
    </w:p>
  </w:endnote>
  <w:endnote w:type="continuationSeparator" w:id="0">
    <w:p w14:paraId="41401CB6" w14:textId="77777777" w:rsidR="004F163A" w:rsidRDefault="004F1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96E3" w14:textId="768AA60A" w:rsidR="00FD6CC9" w:rsidRPr="003F6F42" w:rsidRDefault="00FD6CC9">
    <w:pPr>
      <w:pStyle w:val="Fuzeile"/>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497E0" w14:textId="77777777" w:rsidR="004F163A" w:rsidRDefault="004F163A">
      <w:pPr>
        <w:spacing w:after="0" w:line="240" w:lineRule="auto"/>
      </w:pPr>
      <w:r>
        <w:separator/>
      </w:r>
    </w:p>
  </w:footnote>
  <w:footnote w:type="continuationSeparator" w:id="0">
    <w:p w14:paraId="651AD7D5" w14:textId="77777777" w:rsidR="004F163A" w:rsidRDefault="004F1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B291" w14:textId="025042CF" w:rsidR="00FD6CC9" w:rsidRDefault="00FD6CC9">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44212567">
    <w:abstractNumId w:val="8"/>
  </w:num>
  <w:num w:numId="2" w16cid:durableId="1947807244">
    <w:abstractNumId w:val="6"/>
  </w:num>
  <w:num w:numId="3" w16cid:durableId="1609509928">
    <w:abstractNumId w:val="5"/>
  </w:num>
  <w:num w:numId="4" w16cid:durableId="1781754385">
    <w:abstractNumId w:val="4"/>
  </w:num>
  <w:num w:numId="5" w16cid:durableId="643121787">
    <w:abstractNumId w:val="7"/>
  </w:num>
  <w:num w:numId="6" w16cid:durableId="574512337">
    <w:abstractNumId w:val="3"/>
  </w:num>
  <w:num w:numId="7" w16cid:durableId="916596693">
    <w:abstractNumId w:val="2"/>
  </w:num>
  <w:num w:numId="8" w16cid:durableId="462307405">
    <w:abstractNumId w:val="1"/>
  </w:num>
  <w:num w:numId="9" w16cid:durableId="781145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520"/>
    <w:rsid w:val="0015074B"/>
    <w:rsid w:val="00292378"/>
    <w:rsid w:val="0029639D"/>
    <w:rsid w:val="00326F90"/>
    <w:rsid w:val="003F6F42"/>
    <w:rsid w:val="004D0C3C"/>
    <w:rsid w:val="004F163A"/>
    <w:rsid w:val="00AA1D8D"/>
    <w:rsid w:val="00B47730"/>
    <w:rsid w:val="00CB0664"/>
    <w:rsid w:val="00ED1EA2"/>
    <w:rsid w:val="00FC693F"/>
    <w:rsid w:val="00FD6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92A4CB"/>
  <w14:defaultImageDpi w14:val="300"/>
  <w15:docId w15:val="{26A3576E-9273-4A4D-8504-FB8F4D0D1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60" w:line="247" w:lineRule="auto"/>
    </w:pPr>
    <w:rPr>
      <w:rFonts w:ascii="Aptos" w:eastAsia="Aptos" w:hAnsi="Aptos"/>
      <w:color w:val="232D37"/>
      <w:sz w:val="18"/>
    </w:rPr>
  </w:style>
  <w:style w:type="paragraph" w:styleId="berschrift1">
    <w:name w:val="heading 1"/>
    <w:basedOn w:val="Standard"/>
    <w:next w:val="Standard"/>
    <w:link w:val="berschrift1Zchn"/>
    <w:uiPriority w:val="9"/>
    <w:qFormat/>
    <w:rsid w:val="00FC693F"/>
    <w:pPr>
      <w:keepNext/>
      <w:keepLines/>
      <w:spacing w:before="140" w:after="80"/>
      <w:outlineLvl w:val="0"/>
    </w:pPr>
    <w:rPr>
      <w:rFonts w:asciiTheme="majorHAnsi" w:eastAsiaTheme="majorEastAsia" w:hAnsiTheme="majorHAnsi" w:cstheme="majorBidi"/>
      <w:b/>
      <w:bCs/>
      <w:color w:val="000000"/>
      <w:sz w:val="24"/>
      <w:szCs w:val="28"/>
    </w:rPr>
  </w:style>
  <w:style w:type="paragraph" w:styleId="berschrift2">
    <w:name w:val="heading 2"/>
    <w:basedOn w:val="Standard"/>
    <w:next w:val="Standard"/>
    <w:link w:val="berschrift2Zchn"/>
    <w:uiPriority w:val="9"/>
    <w:unhideWhenUsed/>
    <w:qFormat/>
    <w:rsid w:val="00FC693F"/>
    <w:pPr>
      <w:keepNext/>
      <w:keepLines/>
      <w:spacing w:before="140" w:after="80"/>
      <w:outlineLvl w:val="1"/>
    </w:pPr>
    <w:rPr>
      <w:rFonts w:asciiTheme="majorHAnsi" w:eastAsiaTheme="majorEastAsia" w:hAnsiTheme="majorHAnsi" w:cstheme="majorBidi"/>
      <w:b/>
      <w:bCs/>
      <w:color w:val="000000"/>
      <w:sz w:val="20"/>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8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757</Words>
  <Characters>4771</Characters>
  <Application>Microsoft Office Word</Application>
  <DocSecurity>0</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Einwilligung in Foto- und Videoaufnahmen</vt:lpstr>
      <vt:lpstr/>
    </vt:vector>
  </TitlesOfParts>
  <Manager/>
  <Company/>
  <LinksUpToDate>false</LinksUpToDate>
  <CharactersWithSpaces>5517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Einwilligung in Foto- und Videoaufnahmen</dc:title>
  <dc:subject>DSGVO-konformes Musterformular für Vereinskommunikation</dc:subject>
  <dc:creator>cornelia.rameiser@silista.com</dc:creator>
  <cp:keywords>DSGVO, Einwilligung, Foto, Video, Verein</cp:keywords>
  <dc:description>generated by python-docx</dc:description>
  <cp:lastModifiedBy>Bernd, Julia</cp:lastModifiedBy>
  <cp:revision>3</cp:revision>
  <dcterms:created xsi:type="dcterms:W3CDTF">2026-10-12T14:39:00Z</dcterms:created>
  <dcterms:modified xsi:type="dcterms:W3CDTF">2026-10-14T11:23:00Z</dcterms:modified>
  <cp:category/>
</cp:coreProperties>
</file>