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53E3F" w14:textId="77777777" w:rsidR="00534A09" w:rsidRPr="006B3651" w:rsidRDefault="00C6365A">
      <w:pPr>
        <w:pStyle w:val="Titel"/>
        <w:rPr>
          <w:lang w:val="de-DE"/>
        </w:rPr>
      </w:pPr>
      <w:r w:rsidRPr="006B3651">
        <w:rPr>
          <w:lang w:val="de-DE"/>
        </w:rPr>
        <w:t>DSGVO Schnellcheck für Sportvereine</w:t>
      </w:r>
    </w:p>
    <w:p w14:paraId="1AF1BD52" w14:textId="77777777" w:rsidR="00534A09" w:rsidRPr="006B3651" w:rsidRDefault="00C6365A">
      <w:pPr>
        <w:spacing w:after="180"/>
        <w:rPr>
          <w:lang w:val="de-DE"/>
        </w:rPr>
      </w:pPr>
      <w:r w:rsidRPr="006B3651">
        <w:rPr>
          <w:b/>
          <w:color w:val="C0504D" w:themeColor="accent2"/>
          <w:sz w:val="24"/>
          <w:lang w:val="de-DE"/>
        </w:rPr>
        <w:t>Ausfüllbare Bestandsaufnahme und Maßnahmenliste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3384"/>
        <w:gridCol w:w="1584"/>
        <w:gridCol w:w="3384"/>
      </w:tblGrid>
      <w:tr w:rsidR="00534A09" w14:paraId="69AB2267" w14:textId="77777777" w:rsidTr="006B3651">
        <w:tc>
          <w:tcPr>
            <w:tcW w:w="1584" w:type="dxa"/>
            <w:shd w:val="clear" w:color="auto" w:fill="DC393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539F3B" w14:textId="77777777" w:rsidR="00534A09" w:rsidRDefault="00C6365A">
            <w:r>
              <w:rPr>
                <w:b/>
                <w:sz w:val="19"/>
              </w:rPr>
              <w:t>Verein</w:t>
            </w:r>
          </w:p>
        </w:tc>
        <w:tc>
          <w:tcPr>
            <w:tcW w:w="33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07AB8" w14:textId="77777777" w:rsidR="00534A09" w:rsidRDefault="00000000">
            <w:sdt>
              <w:sdtPr>
                <w:alias w:val="VEREINSNAME"/>
                <w:tag w:val="VEREINSNAME"/>
                <w:id w:val="419607778"/>
                <w:text/>
              </w:sdtPr>
              <w:sdtContent>
                <w:r w:rsidR="00C6365A">
                  <w:rPr>
                    <w:sz w:val="19"/>
                  </w:rPr>
                  <w:t>{{VEREINSNAME}}</w:t>
                </w:r>
              </w:sdtContent>
            </w:sdt>
          </w:p>
        </w:tc>
        <w:tc>
          <w:tcPr>
            <w:tcW w:w="1584" w:type="dxa"/>
            <w:shd w:val="clear" w:color="auto" w:fill="DC393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0A7FB" w14:textId="77777777" w:rsidR="00534A09" w:rsidRDefault="00C6365A">
            <w:r>
              <w:rPr>
                <w:b/>
                <w:sz w:val="19"/>
              </w:rPr>
              <w:t>Bearbeitet von</w:t>
            </w:r>
          </w:p>
        </w:tc>
        <w:tc>
          <w:tcPr>
            <w:tcW w:w="33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9186F" w14:textId="77777777" w:rsidR="00534A09" w:rsidRDefault="00000000">
            <w:sdt>
              <w:sdtPr>
                <w:alias w:val="BEARBEITER"/>
                <w:tag w:val="BEARBEITER"/>
                <w:id w:val="-1364671930"/>
                <w:text/>
              </w:sdtPr>
              <w:sdtContent>
                <w:r w:rsidR="00C6365A">
                  <w:rPr>
                    <w:sz w:val="19"/>
                  </w:rPr>
                  <w:t>{{BEARBEITER}}</w:t>
                </w:r>
              </w:sdtContent>
            </w:sdt>
          </w:p>
        </w:tc>
      </w:tr>
      <w:tr w:rsidR="00534A09" w14:paraId="030A2711" w14:textId="77777777" w:rsidTr="006B3651">
        <w:tc>
          <w:tcPr>
            <w:tcW w:w="1584" w:type="dxa"/>
            <w:shd w:val="clear" w:color="auto" w:fill="DC393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3BF94" w14:textId="77777777" w:rsidR="00534A09" w:rsidRDefault="00C6365A">
            <w:r>
              <w:rPr>
                <w:b/>
                <w:sz w:val="19"/>
              </w:rPr>
              <w:t>Datum</w:t>
            </w:r>
          </w:p>
        </w:tc>
        <w:tc>
          <w:tcPr>
            <w:tcW w:w="33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97BC3" w14:textId="77777777" w:rsidR="00534A09" w:rsidRDefault="00000000">
            <w:sdt>
              <w:sdtPr>
                <w:alias w:val="DATUM"/>
                <w:tag w:val="DATUM"/>
                <w:id w:val="1729190778"/>
                <w:text/>
              </w:sdtPr>
              <w:sdtContent>
                <w:r w:rsidR="00C6365A">
                  <w:rPr>
                    <w:sz w:val="19"/>
                  </w:rPr>
                  <w:t>{{DATUM}}</w:t>
                </w:r>
              </w:sdtContent>
            </w:sdt>
          </w:p>
        </w:tc>
        <w:tc>
          <w:tcPr>
            <w:tcW w:w="1584" w:type="dxa"/>
            <w:shd w:val="clear" w:color="auto" w:fill="DC393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DD05E" w14:textId="77777777" w:rsidR="00534A09" w:rsidRDefault="00C6365A">
            <w:r>
              <w:rPr>
                <w:b/>
                <w:sz w:val="19"/>
              </w:rPr>
              <w:t>Nächste Prüfung</w:t>
            </w:r>
          </w:p>
        </w:tc>
        <w:tc>
          <w:tcPr>
            <w:tcW w:w="33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F6889" w14:textId="77777777" w:rsidR="00534A09" w:rsidRDefault="00000000">
            <w:sdt>
              <w:sdtPr>
                <w:alias w:val="PRUEFDATUM"/>
                <w:tag w:val="PRUEFDATUM"/>
                <w:id w:val="-1303148392"/>
                <w:text/>
              </w:sdtPr>
              <w:sdtContent>
                <w:r w:rsidR="00C6365A">
                  <w:rPr>
                    <w:sz w:val="19"/>
                  </w:rPr>
                  <w:t>{{PRUEFDATUM}}</w:t>
                </w:r>
              </w:sdtContent>
            </w:sdt>
          </w:p>
        </w:tc>
      </w:tr>
    </w:tbl>
    <w:p w14:paraId="2B915414" w14:textId="77777777" w:rsidR="00534A09" w:rsidRDefault="00C6365A">
      <w:pPr>
        <w:pStyle w:val="berschrift1"/>
      </w:pPr>
      <w:r>
        <w:t>1 Organisation und Verantwortung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536"/>
        <w:gridCol w:w="792"/>
        <w:gridCol w:w="936"/>
        <w:gridCol w:w="792"/>
        <w:gridCol w:w="2376"/>
      </w:tblGrid>
      <w:tr w:rsidR="00534A09" w14:paraId="43631C89" w14:textId="77777777" w:rsidTr="006B3651">
        <w:trPr>
          <w:cantSplit/>
          <w:tblHeader/>
        </w:trPr>
        <w:tc>
          <w:tcPr>
            <w:tcW w:w="504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535BC3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45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F3E8CE" w14:textId="77777777" w:rsidR="00534A09" w:rsidRDefault="00C6365A">
            <w:r>
              <w:rPr>
                <w:b/>
                <w:color w:val="FFFFFF"/>
                <w:sz w:val="17"/>
              </w:rPr>
              <w:t>Prüffrage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37240B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Erfüllt</w:t>
            </w:r>
          </w:p>
        </w:tc>
        <w:tc>
          <w:tcPr>
            <w:tcW w:w="9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6E8D17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In Arbeit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27960F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Offen</w:t>
            </w:r>
          </w:p>
        </w:tc>
        <w:tc>
          <w:tcPr>
            <w:tcW w:w="237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B463BD" w14:textId="77777777" w:rsidR="00534A09" w:rsidRDefault="00C6365A">
            <w:r>
              <w:rPr>
                <w:b/>
                <w:color w:val="FFFFFF"/>
                <w:sz w:val="17"/>
              </w:rPr>
              <w:t>Maßnahme oder Nachweis</w:t>
            </w:r>
          </w:p>
        </w:tc>
      </w:tr>
      <w:tr w:rsidR="00534A09" w14:paraId="0E37347B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4A7A34" w14:textId="77777777" w:rsidR="00534A09" w:rsidRDefault="00C6365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3EECD6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Der Verein hat den datenschutzrechtlich Verantwortlichen eindeutig benannt.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10C6A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A2BB2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F1CA7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F1EDA8" w14:textId="77777777" w:rsidR="00534A09" w:rsidRDefault="00000000">
            <w:sdt>
              <w:sdtPr>
                <w:alias w:val="M01"/>
                <w:tag w:val="M01"/>
                <w:id w:val="-2136097189"/>
                <w:text/>
              </w:sdtPr>
              <w:sdtContent>
                <w:r w:rsidR="00C6365A">
                  <w:rPr>
                    <w:sz w:val="17"/>
                  </w:rPr>
                  <w:t>{{M01}}</w:t>
                </w:r>
              </w:sdtContent>
            </w:sdt>
          </w:p>
        </w:tc>
      </w:tr>
      <w:tr w:rsidR="00534A09" w14:paraId="2C2F3156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E4FC1E" w14:textId="77777777" w:rsidR="00534A09" w:rsidRDefault="00C6365A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A8F5E5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Für Datenschutzfragen ist eine interne Ansprechperson festgelegt.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EE3AB7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4F673B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3819E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457F3D" w14:textId="77777777" w:rsidR="00534A09" w:rsidRDefault="00000000">
            <w:sdt>
              <w:sdtPr>
                <w:alias w:val="M02"/>
                <w:tag w:val="M02"/>
                <w:id w:val="-5600841"/>
                <w:text/>
              </w:sdtPr>
              <w:sdtContent>
                <w:r w:rsidR="00C6365A">
                  <w:rPr>
                    <w:sz w:val="17"/>
                  </w:rPr>
                  <w:t>{{M02}}</w:t>
                </w:r>
              </w:sdtContent>
            </w:sdt>
          </w:p>
        </w:tc>
      </w:tr>
      <w:tr w:rsidR="00534A09" w14:paraId="705623B7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84727B" w14:textId="77777777" w:rsidR="00534A09" w:rsidRDefault="00C6365A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28A20A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Die Notwendigkeit eines Datenschutzbeauftragten wurde geprüft und dokumentiert.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DD2CC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0CA623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4E7B9B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E8E2EB" w14:textId="77777777" w:rsidR="00534A09" w:rsidRDefault="00000000">
            <w:sdt>
              <w:sdtPr>
                <w:alias w:val="M03"/>
                <w:tag w:val="M03"/>
                <w:id w:val="-1752272333"/>
                <w:text/>
              </w:sdtPr>
              <w:sdtContent>
                <w:r w:rsidR="00C6365A">
                  <w:rPr>
                    <w:sz w:val="17"/>
                  </w:rPr>
                  <w:t>{{M03}}</w:t>
                </w:r>
              </w:sdtContent>
            </w:sdt>
          </w:p>
        </w:tc>
      </w:tr>
      <w:tr w:rsidR="00534A09" w14:paraId="28045C6A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A51539" w14:textId="77777777" w:rsidR="00534A09" w:rsidRDefault="00C6365A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2BFB5B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Beschäftigte, Ehrenamtliche und Funktionsträger mit Datenzugriff sind auf Vertraulichkeit verpflichtet.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56AF1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8902AA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381BC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8DBFD0" w14:textId="77777777" w:rsidR="00534A09" w:rsidRDefault="00000000">
            <w:sdt>
              <w:sdtPr>
                <w:alias w:val="M04"/>
                <w:tag w:val="M04"/>
                <w:id w:val="1878203316"/>
                <w:text/>
              </w:sdtPr>
              <w:sdtContent>
                <w:r w:rsidR="00C6365A">
                  <w:rPr>
                    <w:sz w:val="17"/>
                  </w:rPr>
                  <w:t>{{M04}}</w:t>
                </w:r>
              </w:sdtContent>
            </w:sdt>
          </w:p>
        </w:tc>
      </w:tr>
      <w:tr w:rsidR="00534A09" w14:paraId="47387329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5A1DC8" w14:textId="77777777" w:rsidR="00534A09" w:rsidRDefault="00C6365A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35623C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Datenschutz wird mindestens einmal jährlich und bei wesentlichen Änderungen überprüft.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069D2B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C860B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346F55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9FD198" w14:textId="77777777" w:rsidR="00534A09" w:rsidRDefault="00000000">
            <w:sdt>
              <w:sdtPr>
                <w:alias w:val="M05"/>
                <w:tag w:val="M05"/>
                <w:id w:val="375970598"/>
                <w:text/>
              </w:sdtPr>
              <w:sdtContent>
                <w:r w:rsidR="00C6365A">
                  <w:rPr>
                    <w:sz w:val="17"/>
                  </w:rPr>
                  <w:t>{{M05}}</w:t>
                </w:r>
              </w:sdtContent>
            </w:sdt>
          </w:p>
        </w:tc>
      </w:tr>
    </w:tbl>
    <w:p w14:paraId="5BA6CC8D" w14:textId="77777777" w:rsidR="00534A09" w:rsidRDefault="00C6365A">
      <w:pPr>
        <w:pStyle w:val="berschrift1"/>
      </w:pPr>
      <w:r>
        <w:t>2 Daten und Rechtsgrundlagen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536"/>
        <w:gridCol w:w="792"/>
        <w:gridCol w:w="936"/>
        <w:gridCol w:w="792"/>
        <w:gridCol w:w="2376"/>
      </w:tblGrid>
      <w:tr w:rsidR="00534A09" w14:paraId="7E35E1D4" w14:textId="77777777" w:rsidTr="006B3651">
        <w:trPr>
          <w:cantSplit/>
          <w:tblHeader/>
        </w:trPr>
        <w:tc>
          <w:tcPr>
            <w:tcW w:w="504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022334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45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0D3D88" w14:textId="77777777" w:rsidR="00534A09" w:rsidRDefault="00C6365A">
            <w:r>
              <w:rPr>
                <w:b/>
                <w:color w:val="FFFFFF"/>
                <w:sz w:val="17"/>
              </w:rPr>
              <w:t>Prüffrage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FE7AB9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Erfüllt</w:t>
            </w:r>
          </w:p>
        </w:tc>
        <w:tc>
          <w:tcPr>
            <w:tcW w:w="9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B6EFC3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In Arbeit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18DC8A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Offen</w:t>
            </w:r>
          </w:p>
        </w:tc>
        <w:tc>
          <w:tcPr>
            <w:tcW w:w="237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D165A9" w14:textId="77777777" w:rsidR="00534A09" w:rsidRDefault="00C6365A">
            <w:r>
              <w:rPr>
                <w:b/>
                <w:color w:val="FFFFFF"/>
                <w:sz w:val="17"/>
              </w:rPr>
              <w:t>Maßnahme oder Nachweis</w:t>
            </w:r>
          </w:p>
        </w:tc>
      </w:tr>
      <w:tr w:rsidR="00534A09" w14:paraId="478906D9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256F55" w14:textId="77777777" w:rsidR="00534A09" w:rsidRDefault="00C6365A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2D10AE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Der Verein kennt seine Verarbeitungstätigkeiten und eingesetzten Systeme.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E5C657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F6DD5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96DFA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0FADBC" w14:textId="77777777" w:rsidR="00534A09" w:rsidRDefault="00000000">
            <w:sdt>
              <w:sdtPr>
                <w:alias w:val="M06"/>
                <w:tag w:val="M06"/>
                <w:id w:val="-1717271153"/>
                <w:text/>
              </w:sdtPr>
              <w:sdtContent>
                <w:r w:rsidR="00C6365A">
                  <w:rPr>
                    <w:sz w:val="17"/>
                  </w:rPr>
                  <w:t>{{M06}}</w:t>
                </w:r>
              </w:sdtContent>
            </w:sdt>
          </w:p>
        </w:tc>
      </w:tr>
      <w:tr w:rsidR="00534A09" w14:paraId="5F9BDD75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D88EEB" w14:textId="77777777" w:rsidR="00534A09" w:rsidRDefault="00C6365A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EFB048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Für jede Verarbeitung sind Zweck und Rechtsgrundlage dokumentiert.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4A64A3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03C10C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119858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0E172C" w14:textId="77777777" w:rsidR="00534A09" w:rsidRDefault="00000000">
            <w:sdt>
              <w:sdtPr>
                <w:alias w:val="M07"/>
                <w:tag w:val="M07"/>
                <w:id w:val="734509048"/>
                <w:text/>
              </w:sdtPr>
              <w:sdtContent>
                <w:r w:rsidR="00C6365A">
                  <w:rPr>
                    <w:sz w:val="17"/>
                  </w:rPr>
                  <w:t>{{M07}}</w:t>
                </w:r>
              </w:sdtContent>
            </w:sdt>
          </w:p>
        </w:tc>
      </w:tr>
      <w:tr w:rsidR="00534A09" w14:paraId="0A389E1C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8BAF9C" w14:textId="77777777" w:rsidR="00534A09" w:rsidRDefault="00C6365A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DCF944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Es werden nur die für den jeweiligen Zweck erforderlichen Daten erhoben.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53A0C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4D0FD2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64D769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A8B51B" w14:textId="77777777" w:rsidR="00534A09" w:rsidRDefault="00000000">
            <w:sdt>
              <w:sdtPr>
                <w:alias w:val="M08"/>
                <w:tag w:val="M08"/>
                <w:id w:val="49041249"/>
                <w:text/>
              </w:sdtPr>
              <w:sdtContent>
                <w:r w:rsidR="00C6365A">
                  <w:rPr>
                    <w:sz w:val="17"/>
                  </w:rPr>
                  <w:t>{{M08}}</w:t>
                </w:r>
              </w:sdtContent>
            </w:sdt>
          </w:p>
        </w:tc>
      </w:tr>
      <w:tr w:rsidR="00534A09" w14:paraId="164E7BAF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164EB8" w14:textId="77777777" w:rsidR="00534A09" w:rsidRDefault="00C6365A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D6CBAD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Gesundheitsdaten und andere besondere Datenkategorien sind gesondert berücksichtigt.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5075B9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C13E29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7A596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C57CB8" w14:textId="77777777" w:rsidR="00534A09" w:rsidRDefault="00000000">
            <w:sdt>
              <w:sdtPr>
                <w:alias w:val="M09"/>
                <w:tag w:val="M09"/>
                <w:id w:val="-1711329601"/>
                <w:text/>
              </w:sdtPr>
              <w:sdtContent>
                <w:r w:rsidR="00C6365A">
                  <w:rPr>
                    <w:sz w:val="17"/>
                  </w:rPr>
                  <w:t>{{M09}}</w:t>
                </w:r>
              </w:sdtContent>
            </w:sdt>
          </w:p>
        </w:tc>
      </w:tr>
      <w:tr w:rsidR="00534A09" w14:paraId="7E9119AF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EB9E12" w14:textId="77777777" w:rsidR="00534A09" w:rsidRDefault="00C6365A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1C0CE6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Für Einwilligungen bestehen Nachweise und ein praktikabler Widerrufsprozess.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27D72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74E554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8EA746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B40783" w14:textId="77777777" w:rsidR="00534A09" w:rsidRDefault="00000000">
            <w:sdt>
              <w:sdtPr>
                <w:alias w:val="M10"/>
                <w:tag w:val="M10"/>
                <w:id w:val="-1480926699"/>
                <w:text/>
              </w:sdtPr>
              <w:sdtContent>
                <w:r w:rsidR="00C6365A">
                  <w:rPr>
                    <w:sz w:val="17"/>
                  </w:rPr>
                  <w:t>{{M10}}</w:t>
                </w:r>
              </w:sdtContent>
            </w:sdt>
          </w:p>
        </w:tc>
      </w:tr>
    </w:tbl>
    <w:p w14:paraId="1F933A66" w14:textId="77777777" w:rsidR="00534A09" w:rsidRDefault="00C6365A">
      <w:pPr>
        <w:pStyle w:val="berschrift1"/>
      </w:pPr>
      <w:r>
        <w:lastRenderedPageBreak/>
        <w:t>3 Transparenz und Rechte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536"/>
        <w:gridCol w:w="792"/>
        <w:gridCol w:w="936"/>
        <w:gridCol w:w="792"/>
        <w:gridCol w:w="2376"/>
      </w:tblGrid>
      <w:tr w:rsidR="00534A09" w14:paraId="7083C089" w14:textId="77777777" w:rsidTr="006B3651">
        <w:trPr>
          <w:cantSplit/>
          <w:tblHeader/>
        </w:trPr>
        <w:tc>
          <w:tcPr>
            <w:tcW w:w="504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341D37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45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51AFBB" w14:textId="77777777" w:rsidR="00534A09" w:rsidRDefault="00C6365A">
            <w:r>
              <w:rPr>
                <w:b/>
                <w:color w:val="FFFFFF"/>
                <w:sz w:val="17"/>
              </w:rPr>
              <w:t>Prüffrage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CF7060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Erfüllt</w:t>
            </w:r>
          </w:p>
        </w:tc>
        <w:tc>
          <w:tcPr>
            <w:tcW w:w="9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16EBBE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In Arbeit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5E9BD5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Offen</w:t>
            </w:r>
          </w:p>
        </w:tc>
        <w:tc>
          <w:tcPr>
            <w:tcW w:w="237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8D22FA" w14:textId="77777777" w:rsidR="00534A09" w:rsidRDefault="00C6365A">
            <w:r>
              <w:rPr>
                <w:b/>
                <w:color w:val="FFFFFF"/>
                <w:sz w:val="17"/>
              </w:rPr>
              <w:t>Maßnahme oder Nachweis</w:t>
            </w:r>
          </w:p>
        </w:tc>
      </w:tr>
      <w:tr w:rsidR="00534A09" w14:paraId="7D4394DF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7E4162" w14:textId="77777777" w:rsidR="00534A09" w:rsidRDefault="00C6365A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9EF896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Mitglieder und andere betroffene Personen erhalten bei Datenerhebung passende Datenschutzinformationen.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B35DD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250382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0487B7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D74A21" w14:textId="77777777" w:rsidR="00534A09" w:rsidRDefault="00000000">
            <w:sdt>
              <w:sdtPr>
                <w:alias w:val="M11"/>
                <w:tag w:val="M11"/>
                <w:id w:val="-1201316076"/>
                <w:text/>
              </w:sdtPr>
              <w:sdtContent>
                <w:r w:rsidR="00C6365A">
                  <w:rPr>
                    <w:sz w:val="17"/>
                  </w:rPr>
                  <w:t>{{M11}}</w:t>
                </w:r>
              </w:sdtContent>
            </w:sdt>
          </w:p>
        </w:tc>
      </w:tr>
      <w:tr w:rsidR="00534A09" w14:paraId="0629EF0E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B33AC1" w14:textId="77777777" w:rsidR="00534A09" w:rsidRDefault="00C6365A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E1CED1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Informationen nach Artikel 14 DSGVO sind vorgesehen, wenn Daten nicht direkt bei der Person erhoben werden.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C7CD18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13C8CA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0ADAA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722609" w14:textId="77777777" w:rsidR="00534A09" w:rsidRDefault="00000000">
            <w:sdt>
              <w:sdtPr>
                <w:alias w:val="M12"/>
                <w:tag w:val="M12"/>
                <w:id w:val="-833380476"/>
                <w:text/>
              </w:sdtPr>
              <w:sdtContent>
                <w:r w:rsidR="00C6365A">
                  <w:rPr>
                    <w:sz w:val="17"/>
                  </w:rPr>
                  <w:t>{{M12}}</w:t>
                </w:r>
              </w:sdtContent>
            </w:sdt>
          </w:p>
        </w:tc>
      </w:tr>
      <w:tr w:rsidR="00534A09" w14:paraId="31F81E3C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C4A004" w14:textId="77777777" w:rsidR="00534A09" w:rsidRDefault="00C6365A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3B6835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Anfragen auf Auskunft, Berichtigung, Löschung, Einschränkung oder Widerspruch werden zentral bearbeitet.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19A047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26BAA2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D28F7A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D6FEC1" w14:textId="77777777" w:rsidR="00534A09" w:rsidRDefault="00000000">
            <w:sdt>
              <w:sdtPr>
                <w:alias w:val="M13"/>
                <w:tag w:val="M13"/>
                <w:id w:val="-367760894"/>
                <w:text/>
              </w:sdtPr>
              <w:sdtContent>
                <w:r w:rsidR="00C6365A">
                  <w:rPr>
                    <w:sz w:val="17"/>
                  </w:rPr>
                  <w:t>{{M13}}</w:t>
                </w:r>
              </w:sdtContent>
            </w:sdt>
          </w:p>
        </w:tc>
      </w:tr>
      <w:tr w:rsidR="00534A09" w14:paraId="0491BFE9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ACC1D6" w14:textId="77777777" w:rsidR="00534A09" w:rsidRDefault="00C6365A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94E0A4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Fristen und Bearbeitungsschritte von Betroffenenanfragen werden dokumentiert.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7AF2BA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BED336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B9B26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FD256E" w14:textId="77777777" w:rsidR="00534A09" w:rsidRDefault="00000000">
            <w:sdt>
              <w:sdtPr>
                <w:alias w:val="M14"/>
                <w:tag w:val="M14"/>
                <w:id w:val="914059365"/>
                <w:text/>
              </w:sdtPr>
              <w:sdtContent>
                <w:r w:rsidR="00C6365A">
                  <w:rPr>
                    <w:sz w:val="17"/>
                  </w:rPr>
                  <w:t>{{M14}}</w:t>
                </w:r>
              </w:sdtContent>
            </w:sdt>
          </w:p>
        </w:tc>
      </w:tr>
    </w:tbl>
    <w:p w14:paraId="667C040A" w14:textId="77777777" w:rsidR="00534A09" w:rsidRDefault="00C6365A">
      <w:pPr>
        <w:pStyle w:val="berschrift1"/>
      </w:pPr>
      <w:r>
        <w:t>4 Dokumentation und Löschung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536"/>
        <w:gridCol w:w="792"/>
        <w:gridCol w:w="936"/>
        <w:gridCol w:w="792"/>
        <w:gridCol w:w="2376"/>
      </w:tblGrid>
      <w:tr w:rsidR="00534A09" w14:paraId="7C582DF2" w14:textId="77777777" w:rsidTr="006B3651">
        <w:trPr>
          <w:cantSplit/>
          <w:tblHeader/>
        </w:trPr>
        <w:tc>
          <w:tcPr>
            <w:tcW w:w="504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B3EEE4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45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E072F4" w14:textId="77777777" w:rsidR="00534A09" w:rsidRDefault="00C6365A">
            <w:r>
              <w:rPr>
                <w:b/>
                <w:color w:val="FFFFFF"/>
                <w:sz w:val="17"/>
              </w:rPr>
              <w:t>Prüffrage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A6B11E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Erfüllt</w:t>
            </w:r>
          </w:p>
        </w:tc>
        <w:tc>
          <w:tcPr>
            <w:tcW w:w="9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E58166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In Arbeit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A1F40D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Offen</w:t>
            </w:r>
          </w:p>
        </w:tc>
        <w:tc>
          <w:tcPr>
            <w:tcW w:w="237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1C9A4B" w14:textId="77777777" w:rsidR="00534A09" w:rsidRDefault="00C6365A">
            <w:r>
              <w:rPr>
                <w:b/>
                <w:color w:val="FFFFFF"/>
                <w:sz w:val="17"/>
              </w:rPr>
              <w:t>Maßnahme oder Nachweis</w:t>
            </w:r>
          </w:p>
        </w:tc>
      </w:tr>
      <w:tr w:rsidR="00534A09" w14:paraId="4E920F70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E7A31C" w14:textId="77777777" w:rsidR="00534A09" w:rsidRDefault="00C6365A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694F4D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Ein aktuelles Verzeichnis der Verarbeitungstätigkeiten ist vorhanden.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14068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4C374B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F243EA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2431A9" w14:textId="77777777" w:rsidR="00534A09" w:rsidRDefault="00000000">
            <w:sdt>
              <w:sdtPr>
                <w:alias w:val="M15"/>
                <w:tag w:val="M15"/>
                <w:id w:val="821471181"/>
                <w:text/>
              </w:sdtPr>
              <w:sdtContent>
                <w:r w:rsidR="00C6365A">
                  <w:rPr>
                    <w:sz w:val="17"/>
                  </w:rPr>
                  <w:t>{{M15}}</w:t>
                </w:r>
              </w:sdtContent>
            </w:sdt>
          </w:p>
        </w:tc>
      </w:tr>
      <w:tr w:rsidR="00534A09" w14:paraId="029FE1E1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671D05" w14:textId="77777777" w:rsidR="00534A09" w:rsidRDefault="00C6365A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D120C9" w14:textId="588BA163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Aufbewahrungs</w:t>
            </w:r>
            <w:r w:rsidR="00DA6999">
              <w:rPr>
                <w:sz w:val="17"/>
                <w:lang w:val="de-DE"/>
              </w:rPr>
              <w:t>-</w:t>
            </w:r>
            <w:r w:rsidRPr="006B3651">
              <w:rPr>
                <w:sz w:val="17"/>
                <w:lang w:val="de-DE"/>
              </w:rPr>
              <w:t xml:space="preserve"> und Löschfristen sind für die wesentlichen Datenbestände festgelegt.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E37BE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167383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5A53D0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4E29A1" w14:textId="77777777" w:rsidR="00534A09" w:rsidRDefault="00000000">
            <w:sdt>
              <w:sdtPr>
                <w:alias w:val="M16"/>
                <w:tag w:val="M16"/>
                <w:id w:val="-1280022263"/>
                <w:text/>
              </w:sdtPr>
              <w:sdtContent>
                <w:r w:rsidR="00C6365A">
                  <w:rPr>
                    <w:sz w:val="17"/>
                  </w:rPr>
                  <w:t>{{M16}}</w:t>
                </w:r>
              </w:sdtContent>
            </w:sdt>
          </w:p>
        </w:tc>
      </w:tr>
      <w:tr w:rsidR="00534A09" w14:paraId="6FF288D5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A926CA" w14:textId="77777777" w:rsidR="00534A09" w:rsidRDefault="00C6365A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41FA1C" w14:textId="1FB5ACA3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Austritte und Funktionswechsel lösen definierte Prüf</w:t>
            </w:r>
            <w:r w:rsidR="00CE5109">
              <w:rPr>
                <w:sz w:val="17"/>
                <w:lang w:val="de-DE"/>
              </w:rPr>
              <w:t xml:space="preserve">- </w:t>
            </w:r>
            <w:r w:rsidRPr="006B3651">
              <w:rPr>
                <w:sz w:val="17"/>
                <w:lang w:val="de-DE"/>
              </w:rPr>
              <w:t>und Löschschritte aus.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24F623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03811E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7D4506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CDCB07" w14:textId="77777777" w:rsidR="00534A09" w:rsidRDefault="00000000">
            <w:sdt>
              <w:sdtPr>
                <w:alias w:val="M17"/>
                <w:tag w:val="M17"/>
                <w:id w:val="-773938918"/>
                <w:text/>
              </w:sdtPr>
              <w:sdtContent>
                <w:r w:rsidR="00C6365A">
                  <w:rPr>
                    <w:sz w:val="17"/>
                  </w:rPr>
                  <w:t>{{M17}}</w:t>
                </w:r>
              </w:sdtContent>
            </w:sdt>
          </w:p>
        </w:tc>
      </w:tr>
      <w:tr w:rsidR="00534A09" w14:paraId="5EF2E3A6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78438C" w14:textId="77777777" w:rsidR="00534A09" w:rsidRDefault="00C6365A">
            <w:pPr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C4288E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Beschlüsse, Prüfungen und Datenschutzmaßnahmen sind nachvollziehbar dokumentiert.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548922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1DA402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29C595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8DAB57" w14:textId="77777777" w:rsidR="00534A09" w:rsidRDefault="00000000">
            <w:sdt>
              <w:sdtPr>
                <w:alias w:val="M18"/>
                <w:tag w:val="M18"/>
                <w:id w:val="-992492165"/>
                <w:text/>
              </w:sdtPr>
              <w:sdtContent>
                <w:r w:rsidR="00C6365A">
                  <w:rPr>
                    <w:sz w:val="17"/>
                  </w:rPr>
                  <w:t>{{M18}}</w:t>
                </w:r>
              </w:sdtContent>
            </w:sdt>
          </w:p>
        </w:tc>
      </w:tr>
    </w:tbl>
    <w:p w14:paraId="2714363E" w14:textId="77777777" w:rsidR="00534A09" w:rsidRDefault="00C6365A">
      <w:pPr>
        <w:pStyle w:val="berschrift1"/>
      </w:pPr>
      <w:r>
        <w:t>5 Dienstleister und Übermittlungen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536"/>
        <w:gridCol w:w="792"/>
        <w:gridCol w:w="936"/>
        <w:gridCol w:w="792"/>
        <w:gridCol w:w="2376"/>
      </w:tblGrid>
      <w:tr w:rsidR="00534A09" w14:paraId="27B2F91B" w14:textId="77777777" w:rsidTr="006B3651">
        <w:trPr>
          <w:cantSplit/>
          <w:tblHeader/>
        </w:trPr>
        <w:tc>
          <w:tcPr>
            <w:tcW w:w="504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71A152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45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46947E" w14:textId="77777777" w:rsidR="00534A09" w:rsidRDefault="00C6365A">
            <w:r>
              <w:rPr>
                <w:b/>
                <w:color w:val="FFFFFF"/>
                <w:sz w:val="17"/>
              </w:rPr>
              <w:t>Prüffrage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BB671C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Erfüllt</w:t>
            </w:r>
          </w:p>
        </w:tc>
        <w:tc>
          <w:tcPr>
            <w:tcW w:w="9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6F8600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In Arbeit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7465F8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Offen</w:t>
            </w:r>
          </w:p>
        </w:tc>
        <w:tc>
          <w:tcPr>
            <w:tcW w:w="237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78CF3C" w14:textId="77777777" w:rsidR="00534A09" w:rsidRDefault="00C6365A">
            <w:r>
              <w:rPr>
                <w:b/>
                <w:color w:val="FFFFFF"/>
                <w:sz w:val="17"/>
              </w:rPr>
              <w:t>Maßnahme oder Nachweis</w:t>
            </w:r>
          </w:p>
        </w:tc>
      </w:tr>
      <w:tr w:rsidR="00534A09" w14:paraId="6A882613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0B3F27" w14:textId="77777777" w:rsidR="00534A09" w:rsidRDefault="00C6365A">
            <w:pPr>
              <w:jc w:val="center"/>
            </w:pPr>
            <w:r>
              <w:rPr>
                <w:sz w:val="17"/>
              </w:rPr>
              <w:t>19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827371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Externe Dienstleister und Cloud Anbieter sind vollständig erfasst.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937956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A2B66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3D70CE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1D5664" w14:textId="77777777" w:rsidR="00534A09" w:rsidRDefault="00000000">
            <w:sdt>
              <w:sdtPr>
                <w:alias w:val="M19"/>
                <w:tag w:val="M19"/>
                <w:id w:val="1917744992"/>
                <w:text/>
              </w:sdtPr>
              <w:sdtContent>
                <w:r w:rsidR="00C6365A">
                  <w:rPr>
                    <w:sz w:val="17"/>
                  </w:rPr>
                  <w:t>{{M19}}</w:t>
                </w:r>
              </w:sdtContent>
            </w:sdt>
          </w:p>
        </w:tc>
      </w:tr>
      <w:tr w:rsidR="00534A09" w14:paraId="179F0ADE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29888A" w14:textId="77777777" w:rsidR="00534A09" w:rsidRDefault="00C6365A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67BD3F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Die datenschutzrechtliche Rolle jedes Dienstleisters wurde geprüft.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D3ECA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2BC466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1A5A3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02DB2C" w14:textId="77777777" w:rsidR="00534A09" w:rsidRDefault="00000000">
            <w:sdt>
              <w:sdtPr>
                <w:alias w:val="M20"/>
                <w:tag w:val="M20"/>
                <w:id w:val="-12390601"/>
                <w:text/>
              </w:sdtPr>
              <w:sdtContent>
                <w:r w:rsidR="00C6365A">
                  <w:rPr>
                    <w:sz w:val="17"/>
                  </w:rPr>
                  <w:t>{{M20}}</w:t>
                </w:r>
              </w:sdtContent>
            </w:sdt>
          </w:p>
        </w:tc>
      </w:tr>
      <w:tr w:rsidR="00534A09" w14:paraId="59F0DF69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709EFF" w14:textId="77777777" w:rsidR="00534A09" w:rsidRDefault="00C6365A">
            <w:pPr>
              <w:jc w:val="center"/>
            </w:pPr>
            <w:r>
              <w:rPr>
                <w:sz w:val="17"/>
              </w:rPr>
              <w:t>21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9066E4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Erforderliche Auftragsverarbeitungsverträge liegen vollständig vor.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C812E4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899B68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1BB1D0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81218D" w14:textId="77777777" w:rsidR="00534A09" w:rsidRDefault="00000000">
            <w:sdt>
              <w:sdtPr>
                <w:alias w:val="M21"/>
                <w:tag w:val="M21"/>
                <w:id w:val="1798719393"/>
                <w:text/>
              </w:sdtPr>
              <w:sdtContent>
                <w:r w:rsidR="00C6365A">
                  <w:rPr>
                    <w:sz w:val="17"/>
                  </w:rPr>
                  <w:t>{{M21}}</w:t>
                </w:r>
              </w:sdtContent>
            </w:sdt>
          </w:p>
        </w:tc>
      </w:tr>
      <w:tr w:rsidR="00534A09" w14:paraId="381C3B05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B79A09" w14:textId="77777777" w:rsidR="00534A09" w:rsidRDefault="00C6365A">
            <w:pPr>
              <w:jc w:val="center"/>
            </w:pPr>
            <w:r>
              <w:rPr>
                <w:sz w:val="17"/>
              </w:rPr>
              <w:t>22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9D0B69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Übermittlungen an Verbände, Versicherungen, Kommunen und weitere Empfänger sind dokumentiert.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CB8134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287B5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115F99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8D4EFE" w14:textId="77777777" w:rsidR="00534A09" w:rsidRDefault="00000000">
            <w:sdt>
              <w:sdtPr>
                <w:alias w:val="M22"/>
                <w:tag w:val="M22"/>
                <w:id w:val="746925550"/>
                <w:text/>
              </w:sdtPr>
              <w:sdtContent>
                <w:r w:rsidR="00C6365A">
                  <w:rPr>
                    <w:sz w:val="17"/>
                  </w:rPr>
                  <w:t>{{M22}}</w:t>
                </w:r>
              </w:sdtContent>
            </w:sdt>
          </w:p>
        </w:tc>
      </w:tr>
      <w:tr w:rsidR="00534A09" w14:paraId="6F607403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10F301" w14:textId="77777777" w:rsidR="00534A09" w:rsidRDefault="00C6365A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472C14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Drittlandtransfers und eingesetzte Garantien wurden geprüft.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72D661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971C48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24D637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3AD093" w14:textId="77777777" w:rsidR="00534A09" w:rsidRDefault="00000000">
            <w:sdt>
              <w:sdtPr>
                <w:alias w:val="M23"/>
                <w:tag w:val="M23"/>
                <w:id w:val="1308739847"/>
                <w:text/>
              </w:sdtPr>
              <w:sdtContent>
                <w:r w:rsidR="00C6365A">
                  <w:rPr>
                    <w:sz w:val="17"/>
                  </w:rPr>
                  <w:t>{{M23}}</w:t>
                </w:r>
              </w:sdtContent>
            </w:sdt>
          </w:p>
        </w:tc>
      </w:tr>
    </w:tbl>
    <w:p w14:paraId="624F8469" w14:textId="77777777" w:rsidR="00534A09" w:rsidRDefault="00C6365A">
      <w:r>
        <w:br w:type="page"/>
      </w:r>
    </w:p>
    <w:p w14:paraId="1F978A96" w14:textId="77777777" w:rsidR="00534A09" w:rsidRDefault="00C6365A">
      <w:pPr>
        <w:pStyle w:val="berschrift1"/>
      </w:pPr>
      <w:r>
        <w:lastRenderedPageBreak/>
        <w:t>6 Sicherheit und Vorfälle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536"/>
        <w:gridCol w:w="792"/>
        <w:gridCol w:w="936"/>
        <w:gridCol w:w="792"/>
        <w:gridCol w:w="2376"/>
      </w:tblGrid>
      <w:tr w:rsidR="00534A09" w14:paraId="55B9F44C" w14:textId="77777777" w:rsidTr="006B3651">
        <w:trPr>
          <w:cantSplit/>
          <w:tblHeader/>
        </w:trPr>
        <w:tc>
          <w:tcPr>
            <w:tcW w:w="504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AC5930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45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E63EDC" w14:textId="77777777" w:rsidR="00534A09" w:rsidRDefault="00C6365A">
            <w:r>
              <w:rPr>
                <w:b/>
                <w:color w:val="FFFFFF"/>
                <w:sz w:val="17"/>
              </w:rPr>
              <w:t>Prüffrage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064F24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Erfüllt</w:t>
            </w:r>
          </w:p>
        </w:tc>
        <w:tc>
          <w:tcPr>
            <w:tcW w:w="93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171462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In Arbeit</w:t>
            </w:r>
          </w:p>
        </w:tc>
        <w:tc>
          <w:tcPr>
            <w:tcW w:w="792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75DAA0" w14:textId="77777777" w:rsidR="00534A09" w:rsidRDefault="00C6365A">
            <w:pPr>
              <w:jc w:val="center"/>
            </w:pPr>
            <w:r>
              <w:rPr>
                <w:b/>
                <w:color w:val="FFFFFF"/>
                <w:sz w:val="17"/>
              </w:rPr>
              <w:t>Offen</w:t>
            </w:r>
          </w:p>
        </w:tc>
        <w:tc>
          <w:tcPr>
            <w:tcW w:w="2376" w:type="dxa"/>
            <w:shd w:val="clear" w:color="auto" w:fill="C00000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512309" w14:textId="77777777" w:rsidR="00534A09" w:rsidRDefault="00C6365A">
            <w:r>
              <w:rPr>
                <w:b/>
                <w:color w:val="FFFFFF"/>
                <w:sz w:val="17"/>
              </w:rPr>
              <w:t>Maßnahme oder Nachweis</w:t>
            </w:r>
          </w:p>
        </w:tc>
      </w:tr>
      <w:tr w:rsidR="00534A09" w14:paraId="2BC2E352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DDF441" w14:textId="77777777" w:rsidR="00534A09" w:rsidRDefault="00C6365A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F049FD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Zugriffsrechte folgen dem Aufgabenprinzip und werden regelmäßig überprüft.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5349B9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401DB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C1CC33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C3B9FC" w14:textId="77777777" w:rsidR="00534A09" w:rsidRDefault="00000000">
            <w:sdt>
              <w:sdtPr>
                <w:alias w:val="M24"/>
                <w:tag w:val="M24"/>
                <w:id w:val="1734340313"/>
                <w:text/>
              </w:sdtPr>
              <w:sdtContent>
                <w:r w:rsidR="00C6365A">
                  <w:rPr>
                    <w:sz w:val="17"/>
                  </w:rPr>
                  <w:t>{{M24}}</w:t>
                </w:r>
              </w:sdtContent>
            </w:sdt>
          </w:p>
        </w:tc>
      </w:tr>
      <w:tr w:rsidR="00534A09" w14:paraId="5B43654D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97947B" w14:textId="77777777" w:rsidR="00534A09" w:rsidRDefault="00C6365A">
            <w:pPr>
              <w:jc w:val="center"/>
            </w:pPr>
            <w:r>
              <w:rPr>
                <w:sz w:val="17"/>
              </w:rPr>
              <w:t>25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282EC4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Passwörter, Mehrfaktorauthentifizierung, Datensicherung und Verschlüsselung sind angemessen geregelt.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96E740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32581E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6B56E3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F0E9BA" w14:textId="77777777" w:rsidR="00534A09" w:rsidRDefault="00000000">
            <w:sdt>
              <w:sdtPr>
                <w:alias w:val="M25"/>
                <w:tag w:val="M25"/>
                <w:id w:val="1571609965"/>
                <w:text/>
              </w:sdtPr>
              <w:sdtContent>
                <w:r w:rsidR="00C6365A">
                  <w:rPr>
                    <w:sz w:val="17"/>
                  </w:rPr>
                  <w:t>{{M25}}</w:t>
                </w:r>
              </w:sdtContent>
            </w:sdt>
          </w:p>
        </w:tc>
      </w:tr>
      <w:tr w:rsidR="00534A09" w14:paraId="1FC137B0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9227EB" w14:textId="77777777" w:rsidR="00534A09" w:rsidRDefault="00C6365A">
            <w:pPr>
              <w:jc w:val="center"/>
            </w:pPr>
            <w:r>
              <w:rPr>
                <w:sz w:val="17"/>
              </w:rPr>
              <w:t>26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124041" w14:textId="6358378B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 xml:space="preserve">Private Geräte, Messenger, </w:t>
            </w:r>
            <w:r w:rsidR="006B3651" w:rsidRPr="006B3651">
              <w:rPr>
                <w:sz w:val="17"/>
                <w:lang w:val="de-DE"/>
              </w:rPr>
              <w:t>E-Mail</w:t>
            </w:r>
            <w:r w:rsidRPr="006B3651">
              <w:rPr>
                <w:sz w:val="17"/>
                <w:lang w:val="de-DE"/>
              </w:rPr>
              <w:t xml:space="preserve"> und mobile Arbeit unterliegen klaren Regeln.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37EE4F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BE075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2D839B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1E9EDC" w14:textId="77777777" w:rsidR="00534A09" w:rsidRDefault="00000000">
            <w:sdt>
              <w:sdtPr>
                <w:alias w:val="M26"/>
                <w:tag w:val="M26"/>
                <w:id w:val="-32271631"/>
                <w:text/>
              </w:sdtPr>
              <w:sdtContent>
                <w:r w:rsidR="00C6365A">
                  <w:rPr>
                    <w:sz w:val="17"/>
                  </w:rPr>
                  <w:t>{{M26}}</w:t>
                </w:r>
              </w:sdtContent>
            </w:sdt>
          </w:p>
        </w:tc>
      </w:tr>
      <w:tr w:rsidR="00534A09" w14:paraId="42FC1443" w14:textId="77777777">
        <w:trPr>
          <w:cantSplit/>
        </w:trPr>
        <w:tc>
          <w:tcPr>
            <w:tcW w:w="504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8225A4" w14:textId="77777777" w:rsidR="00534A09" w:rsidRDefault="00C6365A">
            <w:pPr>
              <w:jc w:val="center"/>
            </w:pPr>
            <w:r>
              <w:rPr>
                <w:sz w:val="17"/>
              </w:rPr>
              <w:t>27</w:t>
            </w:r>
          </w:p>
        </w:tc>
        <w:tc>
          <w:tcPr>
            <w:tcW w:w="45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EAE216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Für Datenschutzverletzungen bestehen Meldeweg, Bewertung und Dokumentation.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F05A34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C17287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5385C6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3FE9E1" w14:textId="77777777" w:rsidR="00534A09" w:rsidRDefault="00000000">
            <w:sdt>
              <w:sdtPr>
                <w:alias w:val="M27"/>
                <w:tag w:val="M27"/>
                <w:id w:val="-2113737934"/>
                <w:text/>
              </w:sdtPr>
              <w:sdtContent>
                <w:r w:rsidR="00C6365A">
                  <w:rPr>
                    <w:sz w:val="17"/>
                  </w:rPr>
                  <w:t>{{M27}}</w:t>
                </w:r>
              </w:sdtContent>
            </w:sdt>
          </w:p>
        </w:tc>
      </w:tr>
      <w:tr w:rsidR="00534A09" w14:paraId="680B54E9" w14:textId="77777777">
        <w:trPr>
          <w:cantSplit/>
        </w:trPr>
        <w:tc>
          <w:tcPr>
            <w:tcW w:w="504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A218AB" w14:textId="77777777" w:rsidR="00534A09" w:rsidRDefault="00C6365A">
            <w:pPr>
              <w:jc w:val="center"/>
            </w:pPr>
            <w:r>
              <w:rPr>
                <w:sz w:val="17"/>
              </w:rPr>
              <w:t>28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993926" w14:textId="77777777" w:rsidR="00534A09" w:rsidRPr="006B3651" w:rsidRDefault="00C6365A">
            <w:pPr>
              <w:rPr>
                <w:lang w:val="de-DE"/>
              </w:rPr>
            </w:pPr>
            <w:r w:rsidRPr="006B3651">
              <w:rPr>
                <w:sz w:val="17"/>
                <w:lang w:val="de-DE"/>
              </w:rPr>
              <w:t>Wiederherstellung und Wirksamkeit der Sicherheitsmaßnahmen werden regelmäßig getestet.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326FA0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9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F11AAC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79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99389D" w14:textId="77777777" w:rsidR="00534A09" w:rsidRDefault="00C6365A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37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1DA9E4" w14:textId="77777777" w:rsidR="00534A09" w:rsidRDefault="00000000">
            <w:sdt>
              <w:sdtPr>
                <w:alias w:val="M28"/>
                <w:tag w:val="M28"/>
                <w:id w:val="1160584957"/>
                <w:text/>
              </w:sdtPr>
              <w:sdtContent>
                <w:r w:rsidR="00C6365A">
                  <w:rPr>
                    <w:sz w:val="17"/>
                  </w:rPr>
                  <w:t>{{M28}}</w:t>
                </w:r>
              </w:sdtContent>
            </w:sdt>
          </w:p>
        </w:tc>
      </w:tr>
    </w:tbl>
    <w:p w14:paraId="15C55A9E" w14:textId="63C174AB" w:rsidR="00534A09" w:rsidRDefault="00534A09">
      <w:pPr>
        <w:pStyle w:val="berschrift1"/>
      </w:pPr>
    </w:p>
    <w:p w14:paraId="27BC0DBB" w14:textId="4A57C79B" w:rsidR="00534A09" w:rsidRPr="006B3651" w:rsidRDefault="00534A09">
      <w:pPr>
        <w:rPr>
          <w:lang w:val="de-DE"/>
        </w:rPr>
      </w:pPr>
    </w:p>
    <w:sectPr w:rsidR="00534A09" w:rsidRPr="006B3651" w:rsidSect="00034616">
      <w:footerReference w:type="default" r:id="rId8"/>
      <w:pgSz w:w="12240" w:h="15840"/>
      <w:pgMar w:top="1008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970E" w14:textId="77777777" w:rsidR="00FB5FF3" w:rsidRDefault="00FB5FF3">
      <w:pPr>
        <w:spacing w:after="0" w:line="240" w:lineRule="auto"/>
      </w:pPr>
      <w:r>
        <w:separator/>
      </w:r>
    </w:p>
  </w:endnote>
  <w:endnote w:type="continuationSeparator" w:id="0">
    <w:p w14:paraId="7DD9007C" w14:textId="77777777" w:rsidR="00FB5FF3" w:rsidRDefault="00FB5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0067" w14:textId="7B43FBD3" w:rsidR="00534A09" w:rsidRPr="006B3651" w:rsidRDefault="00534A09">
    <w:pPr>
      <w:pStyle w:val="Fuzeile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6F407" w14:textId="77777777" w:rsidR="00FB5FF3" w:rsidRDefault="00FB5FF3">
      <w:pPr>
        <w:spacing w:after="0" w:line="240" w:lineRule="auto"/>
      </w:pPr>
      <w:r>
        <w:separator/>
      </w:r>
    </w:p>
  </w:footnote>
  <w:footnote w:type="continuationSeparator" w:id="0">
    <w:p w14:paraId="2B162A0E" w14:textId="77777777" w:rsidR="00FB5FF3" w:rsidRDefault="00FB5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320736">
    <w:abstractNumId w:val="8"/>
  </w:num>
  <w:num w:numId="2" w16cid:durableId="1368674826">
    <w:abstractNumId w:val="6"/>
  </w:num>
  <w:num w:numId="3" w16cid:durableId="1318612374">
    <w:abstractNumId w:val="5"/>
  </w:num>
  <w:num w:numId="4" w16cid:durableId="1644388483">
    <w:abstractNumId w:val="4"/>
  </w:num>
  <w:num w:numId="5" w16cid:durableId="1477524458">
    <w:abstractNumId w:val="7"/>
  </w:num>
  <w:num w:numId="6" w16cid:durableId="1350914187">
    <w:abstractNumId w:val="3"/>
  </w:num>
  <w:num w:numId="7" w16cid:durableId="792796135">
    <w:abstractNumId w:val="2"/>
  </w:num>
  <w:num w:numId="8" w16cid:durableId="46227101">
    <w:abstractNumId w:val="1"/>
  </w:num>
  <w:num w:numId="9" w16cid:durableId="82359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4A09"/>
    <w:rsid w:val="00664257"/>
    <w:rsid w:val="006B3651"/>
    <w:rsid w:val="00AA1D8D"/>
    <w:rsid w:val="00B47730"/>
    <w:rsid w:val="00C6365A"/>
    <w:rsid w:val="00CB0664"/>
    <w:rsid w:val="00CB6A49"/>
    <w:rsid w:val="00CE5109"/>
    <w:rsid w:val="00DA6999"/>
    <w:rsid w:val="00FB5F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3789C"/>
  <w14:defaultImageDpi w14:val="300"/>
  <w15:docId w15:val="{5FA0FC97-7B4F-4BD0-9F93-6CC42BDD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keepNext/>
      <w:spacing w:after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cornelia.rameiser@silista.com</dc:creator>
  <cp:keywords/>
  <dc:description>generated by python-docx</dc:description>
  <cp:lastModifiedBy>Cornelia Rameiser</cp:lastModifiedBy>
  <cp:revision>4</cp:revision>
  <dcterms:created xsi:type="dcterms:W3CDTF">2026-09-24T07:09:00Z</dcterms:created>
  <dcterms:modified xsi:type="dcterms:W3CDTF">2026-10-14T04:35:00Z</dcterms:modified>
  <cp:category/>
</cp:coreProperties>
</file>